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0278E" w14:textId="00B5D688" w:rsidR="004859E1" w:rsidRPr="00091D37" w:rsidRDefault="00000000">
      <w:pPr>
        <w:spacing w:after="0" w:line="240" w:lineRule="auto"/>
      </w:pPr>
      <w:r w:rsidRPr="00091D37">
        <w:rPr>
          <w:b/>
        </w:rPr>
        <w:t>SUJETO OBLIGADO ANTE EL CUAL SE PRESENTÓ LA SOLICITUD DE INFORMACIÓN.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1B3E8F5F" w14:textId="77777777">
        <w:trPr>
          <w:jc w:val="center"/>
        </w:trPr>
        <w:tc>
          <w:tcPr>
            <w:tcW w:w="10368" w:type="dxa"/>
          </w:tcPr>
          <w:p w14:paraId="6DBA32DF" w14:textId="355B78EC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del Sujeto Obligado ante el cual se presentó la solicitud</w:t>
            </w:r>
            <w:r w:rsidR="006702A4" w:rsidRPr="00091D37">
              <w:rPr>
                <w:sz w:val="16"/>
                <w:szCs w:val="16"/>
              </w:rPr>
              <w:t>: ______________________________________________________________</w:t>
            </w:r>
          </w:p>
        </w:tc>
      </w:tr>
    </w:tbl>
    <w:p w14:paraId="41BBE61F" w14:textId="77777777" w:rsidR="00E8024F" w:rsidRPr="00091D37" w:rsidRDefault="00E8024F">
      <w:pPr>
        <w:spacing w:after="0" w:line="240" w:lineRule="auto"/>
        <w:rPr>
          <w:b/>
        </w:rPr>
      </w:pPr>
    </w:p>
    <w:p w14:paraId="65BAF196" w14:textId="4D57F14C" w:rsidR="004859E1" w:rsidRPr="00091D37" w:rsidRDefault="00000000">
      <w:pPr>
        <w:spacing w:after="0" w:line="240" w:lineRule="auto"/>
      </w:pPr>
      <w:r w:rsidRPr="00091D37">
        <w:rPr>
          <w:b/>
        </w:rPr>
        <w:t>NOMBRE DE LA PERSONA SOLICITANTE QUE RECUR</w:t>
      </w:r>
      <w:r w:rsidR="00165C7E" w:rsidRPr="00091D37">
        <w:rPr>
          <w:b/>
        </w:rPr>
        <w:t>RE</w:t>
      </w:r>
      <w:r w:rsidRPr="00091D37">
        <w:rPr>
          <w:b/>
        </w:rPr>
        <w:t xml:space="preserve"> O DE SU REPRESENTANTE.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6CEF53F0" w14:textId="77777777">
        <w:trPr>
          <w:jc w:val="center"/>
        </w:trPr>
        <w:tc>
          <w:tcPr>
            <w:tcW w:w="10368" w:type="dxa"/>
          </w:tcPr>
          <w:p w14:paraId="28EB04A6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Nombre: </w:t>
            </w:r>
            <w:r w:rsidR="009D7342" w:rsidRPr="00091D37">
              <w:rPr>
                <w:sz w:val="16"/>
                <w:szCs w:val="16"/>
              </w:rPr>
              <w:t>_______________</w:t>
            </w:r>
            <w:r w:rsidRPr="00091D37">
              <w:rPr>
                <w:sz w:val="16"/>
                <w:szCs w:val="16"/>
              </w:rPr>
              <w:t>____________________    Apellido paterno _________</w:t>
            </w:r>
            <w:r w:rsidR="009D7342" w:rsidRPr="00091D37">
              <w:rPr>
                <w:sz w:val="16"/>
                <w:szCs w:val="16"/>
              </w:rPr>
              <w:t>________</w:t>
            </w:r>
            <w:r w:rsidRPr="00091D37">
              <w:rPr>
                <w:sz w:val="16"/>
                <w:szCs w:val="16"/>
              </w:rPr>
              <w:t>_    Apellido materno __________</w:t>
            </w:r>
            <w:r w:rsidR="009D7342" w:rsidRPr="00091D37">
              <w:rPr>
                <w:sz w:val="16"/>
                <w:szCs w:val="16"/>
              </w:rPr>
              <w:t>________</w:t>
            </w:r>
            <w:r w:rsidRPr="00091D37">
              <w:rPr>
                <w:sz w:val="16"/>
                <w:szCs w:val="16"/>
              </w:rPr>
              <w:t xml:space="preserve">     </w:t>
            </w:r>
          </w:p>
          <w:p w14:paraId="4FD3018D" w14:textId="4B097880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6493C186" w14:textId="77777777">
        <w:trPr>
          <w:jc w:val="center"/>
        </w:trPr>
        <w:tc>
          <w:tcPr>
            <w:tcW w:w="10368" w:type="dxa"/>
          </w:tcPr>
          <w:p w14:paraId="15179366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del Representante (en su caso): ____________________    Apellido paterno __________    Apellido materno __________</w:t>
            </w:r>
            <w:r w:rsidR="009D7342" w:rsidRPr="00091D37">
              <w:rPr>
                <w:sz w:val="16"/>
                <w:szCs w:val="16"/>
              </w:rPr>
              <w:t>______</w:t>
            </w:r>
            <w:r w:rsidRPr="00091D37">
              <w:rPr>
                <w:sz w:val="16"/>
                <w:szCs w:val="16"/>
              </w:rPr>
              <w:t xml:space="preserve">   </w:t>
            </w:r>
          </w:p>
          <w:p w14:paraId="34741699" w14:textId="5B7D299E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67E1C85B" w14:textId="77777777">
        <w:trPr>
          <w:jc w:val="center"/>
        </w:trPr>
        <w:tc>
          <w:tcPr>
            <w:tcW w:w="10368" w:type="dxa"/>
          </w:tcPr>
          <w:p w14:paraId="18DD44B9" w14:textId="014EA323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En caso de Persona Moral</w:t>
            </w:r>
            <w:r w:rsidR="009D7342" w:rsidRPr="00091D37">
              <w:rPr>
                <w:sz w:val="16"/>
                <w:szCs w:val="16"/>
              </w:rPr>
              <w:t xml:space="preserve"> (Denominación o Razón Social)</w:t>
            </w:r>
            <w:r w:rsidRPr="00091D37">
              <w:rPr>
                <w:sz w:val="16"/>
                <w:szCs w:val="16"/>
              </w:rPr>
              <w:t>: ___________________</w:t>
            </w:r>
            <w:r w:rsidR="009D7342" w:rsidRPr="00091D37">
              <w:rPr>
                <w:sz w:val="16"/>
                <w:szCs w:val="16"/>
              </w:rPr>
              <w:t>______</w:t>
            </w:r>
            <w:r w:rsidRPr="00091D37">
              <w:rPr>
                <w:sz w:val="16"/>
                <w:szCs w:val="16"/>
              </w:rPr>
              <w:t>_</w:t>
            </w:r>
            <w:r w:rsidR="009D7342" w:rsidRPr="00091D37">
              <w:rPr>
                <w:sz w:val="16"/>
                <w:szCs w:val="16"/>
              </w:rPr>
              <w:t>_____________________________________</w:t>
            </w:r>
          </w:p>
          <w:p w14:paraId="137418A2" w14:textId="6D26EAA6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5C3B30AE" w14:textId="77777777">
        <w:trPr>
          <w:jc w:val="center"/>
        </w:trPr>
        <w:tc>
          <w:tcPr>
            <w:tcW w:w="10368" w:type="dxa"/>
          </w:tcPr>
          <w:p w14:paraId="033498E3" w14:textId="1E825D02" w:rsidR="00165C7E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del Representante Legal: ____________________</w:t>
            </w:r>
            <w:r w:rsidR="00165C7E" w:rsidRPr="00091D37">
              <w:rPr>
                <w:sz w:val="16"/>
                <w:szCs w:val="16"/>
              </w:rPr>
              <w:t>________________________________________</w:t>
            </w:r>
          </w:p>
          <w:p w14:paraId="5BD02C2A" w14:textId="64F8CAC0" w:rsidR="004859E1" w:rsidRPr="00091D37" w:rsidRDefault="00165C7E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                                                                </w:t>
            </w:r>
            <w:r w:rsidR="00937C6B">
              <w:rPr>
                <w:sz w:val="16"/>
                <w:szCs w:val="16"/>
              </w:rPr>
              <w:t>Nombre (</w:t>
            </w:r>
            <w:proofErr w:type="gramStart"/>
            <w:r w:rsidR="00937C6B">
              <w:rPr>
                <w:sz w:val="16"/>
                <w:szCs w:val="16"/>
              </w:rPr>
              <w:t xml:space="preserve">s)   </w:t>
            </w:r>
            <w:proofErr w:type="gramEnd"/>
            <w:r w:rsidR="00937C6B">
              <w:rPr>
                <w:sz w:val="16"/>
                <w:szCs w:val="16"/>
              </w:rPr>
              <w:t xml:space="preserve">             </w:t>
            </w:r>
            <w:r w:rsidRPr="00091D37">
              <w:rPr>
                <w:sz w:val="16"/>
                <w:szCs w:val="16"/>
              </w:rPr>
              <w:t xml:space="preserve">Apellido paterno            Apellido materno           </w:t>
            </w:r>
          </w:p>
        </w:tc>
      </w:tr>
    </w:tbl>
    <w:p w14:paraId="7628CC4F" w14:textId="77777777" w:rsidR="00E8024F" w:rsidRPr="00091D37" w:rsidRDefault="00E8024F">
      <w:pPr>
        <w:spacing w:after="0" w:line="240" w:lineRule="auto"/>
        <w:rPr>
          <w:b/>
        </w:rPr>
      </w:pPr>
    </w:p>
    <w:p w14:paraId="65C772DA" w14:textId="57B925BC" w:rsidR="004859E1" w:rsidRPr="00091D37" w:rsidRDefault="00000000" w:rsidP="00937C6B">
      <w:pPr>
        <w:spacing w:after="0" w:line="240" w:lineRule="auto"/>
        <w:jc w:val="both"/>
      </w:pPr>
      <w:r w:rsidRPr="00091D37">
        <w:rPr>
          <w:b/>
        </w:rPr>
        <w:t>DOMICILIO, CORREO ELECTRÓNICO Y PERSONA AUTORIZADA POR LA PERSONA RECURRENTE, PARA OÍR Y RECIBIR NOTIFICACIONES (en la ciudad de Chetumal).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76CC9343" w14:textId="77777777">
        <w:trPr>
          <w:jc w:val="center"/>
        </w:trPr>
        <w:tc>
          <w:tcPr>
            <w:tcW w:w="10368" w:type="dxa"/>
          </w:tcPr>
          <w:p w14:paraId="2F8E07C3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Domicilio: ____________________    Calle ____________________    Número ______    Colonia o Fraccionamiento ____________________</w:t>
            </w:r>
          </w:p>
        </w:tc>
      </w:tr>
      <w:tr w:rsidR="004859E1" w:rsidRPr="00091D37" w14:paraId="577C51C3" w14:textId="77777777">
        <w:trPr>
          <w:jc w:val="center"/>
        </w:trPr>
        <w:tc>
          <w:tcPr>
            <w:tcW w:w="10368" w:type="dxa"/>
          </w:tcPr>
          <w:p w14:paraId="213A5FDC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Ciudad ____________________    Municipio ____________________    Entidad ____________________    Código Postal __________</w:t>
            </w:r>
          </w:p>
        </w:tc>
      </w:tr>
      <w:tr w:rsidR="004859E1" w:rsidRPr="00091D37" w14:paraId="2283855B" w14:textId="77777777">
        <w:trPr>
          <w:jc w:val="center"/>
        </w:trPr>
        <w:tc>
          <w:tcPr>
            <w:tcW w:w="10368" w:type="dxa"/>
          </w:tcPr>
          <w:p w14:paraId="575993AF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Correo electrónico*: ______________________________</w:t>
            </w:r>
          </w:p>
        </w:tc>
      </w:tr>
      <w:tr w:rsidR="004859E1" w:rsidRPr="00091D37" w14:paraId="4BAE5023" w14:textId="77777777">
        <w:trPr>
          <w:jc w:val="center"/>
        </w:trPr>
        <w:tc>
          <w:tcPr>
            <w:tcW w:w="10368" w:type="dxa"/>
          </w:tcPr>
          <w:p w14:paraId="2A9FB34D" w14:textId="71338BB4" w:rsidR="004859E1" w:rsidRPr="00091D37" w:rsidRDefault="00000000" w:rsidP="00165C7E">
            <w:pPr>
              <w:spacing w:after="0"/>
              <w:jc w:val="both"/>
              <w:rPr>
                <w:sz w:val="14"/>
                <w:szCs w:val="14"/>
              </w:rPr>
            </w:pPr>
            <w:r w:rsidRPr="00091D37">
              <w:rPr>
                <w:b/>
                <w:bCs/>
                <w:sz w:val="14"/>
                <w:szCs w:val="14"/>
              </w:rPr>
              <w:t>NOTA IMPORTANTE:</w:t>
            </w:r>
            <w:r w:rsidRPr="00091D37">
              <w:rPr>
                <w:sz w:val="14"/>
                <w:szCs w:val="14"/>
              </w:rPr>
              <w:t xml:space="preserve"> En caso de no señalar algún domicilio, o el señalado no se ubique en la ciudad de Chetumal, ni señale correo electrónico, las notificaciones se realizarán por estrados, los cuales se encuentran en las instalaciones de</w:t>
            </w:r>
            <w:r w:rsidR="00165C7E" w:rsidRPr="00091D37">
              <w:rPr>
                <w:sz w:val="14"/>
                <w:szCs w:val="14"/>
              </w:rPr>
              <w:t xml:space="preserve"> la </w:t>
            </w:r>
            <w:r w:rsidR="00165C7E" w:rsidRPr="00091D37">
              <w:rPr>
                <w:color w:val="C00000"/>
                <w:sz w:val="14"/>
                <w:szCs w:val="14"/>
              </w:rPr>
              <w:t>Autoridad Garante Estatal.</w:t>
            </w:r>
          </w:p>
        </w:tc>
      </w:tr>
      <w:tr w:rsidR="004859E1" w:rsidRPr="00091D37" w14:paraId="6DE6B91C" w14:textId="77777777">
        <w:trPr>
          <w:jc w:val="center"/>
        </w:trPr>
        <w:tc>
          <w:tcPr>
            <w:tcW w:w="10368" w:type="dxa"/>
          </w:tcPr>
          <w:p w14:paraId="79452D45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Personas que se autorizan para oír y recibir notificaciones*: ________________________________________________</w:t>
            </w:r>
          </w:p>
        </w:tc>
      </w:tr>
    </w:tbl>
    <w:p w14:paraId="383380FB" w14:textId="77777777" w:rsidR="00E8024F" w:rsidRPr="00091D37" w:rsidRDefault="00E8024F">
      <w:pPr>
        <w:spacing w:after="0" w:line="240" w:lineRule="auto"/>
        <w:rPr>
          <w:b/>
        </w:rPr>
      </w:pPr>
    </w:p>
    <w:p w14:paraId="4758498D" w14:textId="0D996789" w:rsidR="004859E1" w:rsidRPr="00091D37" w:rsidRDefault="00000000">
      <w:pPr>
        <w:spacing w:after="0" w:line="240" w:lineRule="auto"/>
      </w:pPr>
      <w:r w:rsidRPr="00091D37">
        <w:rPr>
          <w:b/>
        </w:rPr>
        <w:t>NOMBRE Y DOMICILIO DE LA PERSONA TERCERA INTERESADA, EN SU CASO. *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2DB9D6A3" w14:textId="77777777">
        <w:trPr>
          <w:jc w:val="center"/>
        </w:trPr>
        <w:tc>
          <w:tcPr>
            <w:tcW w:w="10368" w:type="dxa"/>
          </w:tcPr>
          <w:p w14:paraId="210A9318" w14:textId="1EA03FE4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Nombre: ____________________    Apellido paterno __________</w:t>
            </w:r>
            <w:r w:rsidR="009D7342" w:rsidRPr="00091D37">
              <w:rPr>
                <w:sz w:val="16"/>
                <w:szCs w:val="16"/>
              </w:rPr>
              <w:t>_____</w:t>
            </w:r>
            <w:r w:rsidRPr="00091D37">
              <w:rPr>
                <w:sz w:val="16"/>
                <w:szCs w:val="16"/>
              </w:rPr>
              <w:t xml:space="preserve">    Apellido materno _________</w:t>
            </w:r>
            <w:r w:rsidR="009D7342" w:rsidRPr="00091D37">
              <w:rPr>
                <w:sz w:val="16"/>
                <w:szCs w:val="16"/>
              </w:rPr>
              <w:t>_________</w:t>
            </w:r>
            <w:r w:rsidRPr="00091D37">
              <w:rPr>
                <w:sz w:val="16"/>
                <w:szCs w:val="16"/>
              </w:rPr>
              <w:t xml:space="preserve">_    </w:t>
            </w:r>
          </w:p>
        </w:tc>
      </w:tr>
      <w:tr w:rsidR="004859E1" w:rsidRPr="00091D37" w14:paraId="4255CF6A" w14:textId="77777777">
        <w:trPr>
          <w:jc w:val="center"/>
        </w:trPr>
        <w:tc>
          <w:tcPr>
            <w:tcW w:w="10368" w:type="dxa"/>
          </w:tcPr>
          <w:p w14:paraId="4D6BF9AA" w14:textId="471B16BF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Domicilio: ____________________    Calle ____________________    Número ______    Colonia o Fraccionamiento ______________</w:t>
            </w:r>
          </w:p>
        </w:tc>
      </w:tr>
      <w:tr w:rsidR="004859E1" w:rsidRPr="00091D37" w14:paraId="1A76A60E" w14:textId="77777777">
        <w:trPr>
          <w:jc w:val="center"/>
        </w:trPr>
        <w:tc>
          <w:tcPr>
            <w:tcW w:w="10368" w:type="dxa"/>
          </w:tcPr>
          <w:p w14:paraId="7102FB7C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Ciudad ____________________    Municipio ____________________    Entidad ____________________    Código Postal __________</w:t>
            </w:r>
          </w:p>
        </w:tc>
      </w:tr>
    </w:tbl>
    <w:p w14:paraId="1EFC9E5D" w14:textId="77777777" w:rsidR="00E8024F" w:rsidRPr="00091D37" w:rsidRDefault="00E8024F">
      <w:pPr>
        <w:spacing w:after="0" w:line="240" w:lineRule="auto"/>
        <w:rPr>
          <w:b/>
        </w:rPr>
      </w:pPr>
    </w:p>
    <w:p w14:paraId="54CD310A" w14:textId="4CA385C6" w:rsidR="004859E1" w:rsidRPr="00091D37" w:rsidRDefault="00000000">
      <w:pPr>
        <w:spacing w:after="0" w:line="240" w:lineRule="auto"/>
      </w:pPr>
      <w:r w:rsidRPr="00091D37">
        <w:rPr>
          <w:b/>
        </w:rPr>
        <w:t>NÚMERO DE FOLIO DE LA RESPUESTA Y/O FOLIO DE LA SOLICITUD DE ACCESO.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336ECF23" w14:textId="77777777">
        <w:trPr>
          <w:jc w:val="center"/>
        </w:trPr>
        <w:tc>
          <w:tcPr>
            <w:tcW w:w="10368" w:type="dxa"/>
          </w:tcPr>
          <w:p w14:paraId="5EDF312F" w14:textId="412F7433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Número de folio de respuesta otorgada a la solicitud de acceso de la persona recurrente: _____________________________</w:t>
            </w:r>
            <w:r w:rsidR="009D7342" w:rsidRPr="00091D37">
              <w:rPr>
                <w:sz w:val="16"/>
                <w:szCs w:val="16"/>
              </w:rPr>
              <w:t>_______</w:t>
            </w:r>
            <w:r w:rsidRPr="00091D37">
              <w:rPr>
                <w:sz w:val="16"/>
                <w:szCs w:val="16"/>
              </w:rPr>
              <w:t>_</w:t>
            </w:r>
          </w:p>
        </w:tc>
      </w:tr>
      <w:tr w:rsidR="004859E1" w:rsidRPr="00091D37" w14:paraId="3FF350F6" w14:textId="77777777">
        <w:trPr>
          <w:jc w:val="center"/>
        </w:trPr>
        <w:tc>
          <w:tcPr>
            <w:tcW w:w="10368" w:type="dxa"/>
          </w:tcPr>
          <w:p w14:paraId="3D0D3D3E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En caso de no existir respuesta, señale el número de folio de la solicitud de la persona recurrente: ______________________________</w:t>
            </w:r>
          </w:p>
        </w:tc>
      </w:tr>
    </w:tbl>
    <w:p w14:paraId="4149F61C" w14:textId="77777777" w:rsidR="00880277" w:rsidRPr="00091D37" w:rsidRDefault="00880277">
      <w:pPr>
        <w:spacing w:after="0" w:line="240" w:lineRule="auto"/>
        <w:jc w:val="center"/>
      </w:pPr>
    </w:p>
    <w:p w14:paraId="0A622436" w14:textId="1D1BF03E" w:rsidR="004859E1" w:rsidRPr="00091D37" w:rsidRDefault="00000000" w:rsidP="00165C7E">
      <w:pPr>
        <w:spacing w:after="0" w:line="240" w:lineRule="auto"/>
        <w:jc w:val="both"/>
      </w:pPr>
      <w:r w:rsidRPr="00091D37">
        <w:rPr>
          <w:b/>
        </w:rPr>
        <w:t>FECHA EN QUE FUE NOTIFICADA LA RESPUESTA A LA PERSONA SOLICITANTE O TUVO CONOCIMIENTO DEL ACTO RECLAMADO, O DE PRESENTACIÓN DE LA SOLICITUD, EN CASO DE FALTA DE RESPUESTA</w:t>
      </w:r>
      <w:r w:rsidR="00937C6B">
        <w:rPr>
          <w:b/>
        </w:rPr>
        <w:t>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7DF27DF1" w14:textId="77777777">
        <w:trPr>
          <w:jc w:val="center"/>
        </w:trPr>
        <w:tc>
          <w:tcPr>
            <w:tcW w:w="10368" w:type="dxa"/>
          </w:tcPr>
          <w:p w14:paraId="4FBD2D16" w14:textId="04784C72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Fecha en la que fue notificada la respuesta a la persona solicitante o tuvo conocimiento del acto reclamado: ___________</w:t>
            </w:r>
            <w:r w:rsidR="009D7342" w:rsidRPr="00091D37">
              <w:rPr>
                <w:sz w:val="16"/>
                <w:szCs w:val="16"/>
              </w:rPr>
              <w:t>___</w:t>
            </w:r>
            <w:r w:rsidR="00937C6B" w:rsidRPr="00091D37">
              <w:rPr>
                <w:sz w:val="16"/>
                <w:szCs w:val="16"/>
              </w:rPr>
              <w:t>_ (</w:t>
            </w:r>
            <w:proofErr w:type="spellStart"/>
            <w:r w:rsidRPr="00091D37">
              <w:rPr>
                <w:sz w:val="16"/>
                <w:szCs w:val="16"/>
              </w:rPr>
              <w:t>dd</w:t>
            </w:r>
            <w:proofErr w:type="spellEnd"/>
            <w:r w:rsidRPr="00091D37">
              <w:rPr>
                <w:sz w:val="16"/>
                <w:szCs w:val="16"/>
              </w:rPr>
              <w:t>/mm/</w:t>
            </w:r>
            <w:proofErr w:type="spellStart"/>
            <w:r w:rsidRPr="00091D37">
              <w:rPr>
                <w:sz w:val="16"/>
                <w:szCs w:val="16"/>
              </w:rPr>
              <w:t>aa</w:t>
            </w:r>
            <w:proofErr w:type="spellEnd"/>
            <w:r w:rsidRPr="00091D37">
              <w:rPr>
                <w:sz w:val="16"/>
                <w:szCs w:val="16"/>
              </w:rPr>
              <w:t>)</w:t>
            </w:r>
          </w:p>
          <w:p w14:paraId="7213D580" w14:textId="77777777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7180FCEE" w14:textId="77777777">
        <w:trPr>
          <w:jc w:val="center"/>
        </w:trPr>
        <w:tc>
          <w:tcPr>
            <w:tcW w:w="10368" w:type="dxa"/>
          </w:tcPr>
          <w:p w14:paraId="1B58577C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A falta de respuesta, señale la fecha en que presentó la solicitud: ____________________ (</w:t>
            </w:r>
            <w:proofErr w:type="spellStart"/>
            <w:r w:rsidRPr="00091D37">
              <w:rPr>
                <w:sz w:val="16"/>
                <w:szCs w:val="16"/>
              </w:rPr>
              <w:t>dd</w:t>
            </w:r>
            <w:proofErr w:type="spellEnd"/>
            <w:r w:rsidRPr="00091D37">
              <w:rPr>
                <w:sz w:val="16"/>
                <w:szCs w:val="16"/>
              </w:rPr>
              <w:t>/mm/</w:t>
            </w:r>
            <w:proofErr w:type="spellStart"/>
            <w:r w:rsidRPr="00091D37">
              <w:rPr>
                <w:sz w:val="16"/>
                <w:szCs w:val="16"/>
              </w:rPr>
              <w:t>aa</w:t>
            </w:r>
            <w:proofErr w:type="spellEnd"/>
            <w:r w:rsidRPr="00091D37">
              <w:rPr>
                <w:sz w:val="16"/>
                <w:szCs w:val="16"/>
              </w:rPr>
              <w:t>)</w:t>
            </w:r>
          </w:p>
          <w:p w14:paraId="5AD67CDC" w14:textId="77777777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221BDCAC" w14:textId="77777777" w:rsidR="00E8024F" w:rsidRPr="00091D37" w:rsidRDefault="00E8024F">
      <w:pPr>
        <w:spacing w:after="0" w:line="240" w:lineRule="auto"/>
        <w:rPr>
          <w:b/>
        </w:rPr>
      </w:pPr>
    </w:p>
    <w:p w14:paraId="7C741DB5" w14:textId="6440CF2A" w:rsidR="004859E1" w:rsidRPr="00091D37" w:rsidRDefault="00000000">
      <w:pPr>
        <w:spacing w:after="0" w:line="240" w:lineRule="auto"/>
      </w:pPr>
      <w:r w:rsidRPr="00091D37">
        <w:rPr>
          <w:b/>
        </w:rPr>
        <w:t>ACTO QUE SE RECURRE.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02B2FC94" w14:textId="77777777">
        <w:trPr>
          <w:jc w:val="center"/>
        </w:trPr>
        <w:tc>
          <w:tcPr>
            <w:tcW w:w="10368" w:type="dxa"/>
          </w:tcPr>
          <w:p w14:paraId="2883C896" w14:textId="77777777" w:rsidR="004859E1" w:rsidRPr="00091D37" w:rsidRDefault="004859E1">
            <w:pPr>
              <w:spacing w:after="0"/>
            </w:pPr>
          </w:p>
          <w:p w14:paraId="06FD20C3" w14:textId="77777777" w:rsidR="00E8024F" w:rsidRPr="00091D37" w:rsidRDefault="00E8024F">
            <w:pPr>
              <w:spacing w:after="0"/>
            </w:pPr>
          </w:p>
          <w:p w14:paraId="708E8786" w14:textId="77777777" w:rsidR="00E8024F" w:rsidRPr="00091D37" w:rsidRDefault="00E8024F">
            <w:pPr>
              <w:spacing w:after="0"/>
            </w:pPr>
          </w:p>
          <w:p w14:paraId="31F77043" w14:textId="77777777" w:rsidR="00E8024F" w:rsidRPr="00091D37" w:rsidRDefault="00E8024F">
            <w:pPr>
              <w:spacing w:after="0"/>
            </w:pPr>
          </w:p>
          <w:p w14:paraId="0DA4B4A6" w14:textId="49229E26" w:rsidR="00E8024F" w:rsidRPr="00091D37" w:rsidRDefault="00937C6B">
            <w:pPr>
              <w:spacing w:after="0"/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Hojas.</w:t>
            </w:r>
          </w:p>
        </w:tc>
      </w:tr>
    </w:tbl>
    <w:p w14:paraId="7A2A1DC9" w14:textId="77777777" w:rsidR="007006B1" w:rsidRPr="00091D37" w:rsidRDefault="007006B1">
      <w:pPr>
        <w:spacing w:after="0" w:line="240" w:lineRule="auto"/>
        <w:rPr>
          <w:b/>
        </w:rPr>
      </w:pPr>
    </w:p>
    <w:p w14:paraId="27907D0E" w14:textId="4A35298B" w:rsidR="004859E1" w:rsidRPr="00091D37" w:rsidRDefault="00000000">
      <w:pPr>
        <w:spacing w:after="0" w:line="240" w:lineRule="auto"/>
      </w:pPr>
      <w:r w:rsidRPr="00091D37">
        <w:rPr>
          <w:b/>
        </w:rPr>
        <w:t>RAZONES O MOTIVOS DE LA INCONFORMIDAD.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222C767D" w14:textId="77777777">
        <w:trPr>
          <w:jc w:val="center"/>
        </w:trPr>
        <w:tc>
          <w:tcPr>
            <w:tcW w:w="10368" w:type="dxa"/>
          </w:tcPr>
          <w:p w14:paraId="6D1A39E8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1. En fecha ____ de __________ </w:t>
            </w:r>
            <w:proofErr w:type="spellStart"/>
            <w:r w:rsidRPr="00091D37">
              <w:rPr>
                <w:sz w:val="16"/>
                <w:szCs w:val="16"/>
              </w:rPr>
              <w:t>de</w:t>
            </w:r>
            <w:proofErr w:type="spellEnd"/>
            <w:r w:rsidRPr="00091D37">
              <w:rPr>
                <w:sz w:val="16"/>
                <w:szCs w:val="16"/>
              </w:rPr>
              <w:t xml:space="preserve"> ______, acudí a la ____________________, a realizar una solicitud de acceso a la información.</w:t>
            </w:r>
          </w:p>
        </w:tc>
      </w:tr>
      <w:tr w:rsidR="004859E1" w:rsidRPr="00091D37" w14:paraId="54F6CF7A" w14:textId="77777777">
        <w:trPr>
          <w:jc w:val="center"/>
        </w:trPr>
        <w:tc>
          <w:tcPr>
            <w:tcW w:w="10368" w:type="dxa"/>
          </w:tcPr>
          <w:p w14:paraId="1ECA60F8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2. La solicitud de información que realicé consistía en: ________________________________________________</w:t>
            </w:r>
          </w:p>
        </w:tc>
      </w:tr>
      <w:tr w:rsidR="004859E1" w:rsidRPr="00091D37" w14:paraId="732F0A5F" w14:textId="77777777">
        <w:trPr>
          <w:jc w:val="center"/>
        </w:trPr>
        <w:tc>
          <w:tcPr>
            <w:tcW w:w="10368" w:type="dxa"/>
          </w:tcPr>
          <w:p w14:paraId="1B825CCE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3. Es el caso que la Unidad de Transparencia responsable de emitir el acto: ________________________________</w:t>
            </w:r>
          </w:p>
        </w:tc>
      </w:tr>
    </w:tbl>
    <w:p w14:paraId="65051AFA" w14:textId="77777777" w:rsidR="00E8024F" w:rsidRPr="00091D37" w:rsidRDefault="00E8024F">
      <w:pPr>
        <w:spacing w:after="0" w:line="240" w:lineRule="auto"/>
        <w:rPr>
          <w:b/>
        </w:rPr>
      </w:pPr>
    </w:p>
    <w:p w14:paraId="6EADDFE9" w14:textId="65D6303A" w:rsidR="004859E1" w:rsidRPr="00091D37" w:rsidRDefault="00000000">
      <w:pPr>
        <w:spacing w:after="0" w:line="240" w:lineRule="auto"/>
      </w:pPr>
      <w:r w:rsidRPr="00091D37">
        <w:rPr>
          <w:b/>
        </w:rPr>
        <w:t>Elija la opción, marcándola con una “X”</w:t>
      </w:r>
    </w:p>
    <w:p w14:paraId="1F73E229" w14:textId="6813203D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clasificación de la información. </w:t>
      </w:r>
    </w:p>
    <w:p w14:paraId="3BB803C1" w14:textId="706F974E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La declaración de inexistencia de información.</w:t>
      </w:r>
    </w:p>
    <w:p w14:paraId="1D74DA2F" w14:textId="040C7FDA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declaración de incompetencia por el Sujeto Obligado. </w:t>
      </w:r>
    </w:p>
    <w:p w14:paraId="26E2F319" w14:textId="6E91930D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entrega de información incompleta. </w:t>
      </w:r>
    </w:p>
    <w:p w14:paraId="6B94DE7F" w14:textId="61C35727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entrega de información que no corresponda con lo solicitado. </w:t>
      </w:r>
    </w:p>
    <w:p w14:paraId="492894DD" w14:textId="1DF34FB5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La falta de respuesta a una solicitud de acceso a la información dentro de los plazos establecidos en la Ley.</w:t>
      </w:r>
    </w:p>
    <w:p w14:paraId="34E3BD53" w14:textId="1A4592BF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notificación, entrega o puesta a disposición de información en una modalidad o formato distinto al solicitado. </w:t>
      </w:r>
    </w:p>
    <w:p w14:paraId="1FE2E73B" w14:textId="7A1B6181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entrega o puesta a disposición de información en un formato incomprensible y/o no accesible para la persona solicitante. </w:t>
      </w:r>
    </w:p>
    <w:p w14:paraId="5ECD803F" w14:textId="077893F1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Los costos o tiempos de entrega de la información. </w:t>
      </w:r>
    </w:p>
    <w:p w14:paraId="0CBDEB79" w14:textId="37D0449E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lastRenderedPageBreak/>
        <w:t xml:space="preserve">☐ La falta de trámite a una solicitud. </w:t>
      </w:r>
    </w:p>
    <w:p w14:paraId="6CFF3AB9" w14:textId="4BE5207D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negativa a permitir la consulta directa de la información. </w:t>
      </w:r>
    </w:p>
    <w:p w14:paraId="167CCD23" w14:textId="301C3301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falta, deficiencia o insuficiencia de la fundamentación y/o motivación en la respuesta. </w:t>
      </w:r>
    </w:p>
    <w:p w14:paraId="4CD669FE" w14:textId="44DD6DCD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orientación a un trámite específico. </w:t>
      </w:r>
    </w:p>
    <w:p w14:paraId="5122DFC4" w14:textId="77777777" w:rsidR="00091D37" w:rsidRDefault="00091D37" w:rsidP="00091D37">
      <w:pPr>
        <w:spacing w:after="0" w:line="240" w:lineRule="auto"/>
        <w:jc w:val="both"/>
        <w:rPr>
          <w:b/>
          <w:sz w:val="16"/>
          <w:szCs w:val="16"/>
        </w:rPr>
      </w:pPr>
    </w:p>
    <w:p w14:paraId="58AD0A8A" w14:textId="7DCA3367" w:rsidR="004859E1" w:rsidRDefault="00000000" w:rsidP="00091D37">
      <w:pPr>
        <w:spacing w:after="0" w:line="240" w:lineRule="auto"/>
        <w:jc w:val="both"/>
        <w:rPr>
          <w:b/>
          <w:sz w:val="16"/>
          <w:szCs w:val="16"/>
        </w:rPr>
      </w:pPr>
      <w:r w:rsidRPr="00091D37">
        <w:rPr>
          <w:b/>
          <w:sz w:val="16"/>
          <w:szCs w:val="16"/>
        </w:rPr>
        <w:t>Elija con una “X” la opción:</w:t>
      </w:r>
    </w:p>
    <w:p w14:paraId="141E29CE" w14:textId="77777777" w:rsidR="00091D37" w:rsidRPr="00091D37" w:rsidRDefault="00091D37" w:rsidP="00091D37">
      <w:pPr>
        <w:spacing w:after="0" w:line="240" w:lineRule="auto"/>
        <w:jc w:val="both"/>
        <w:rPr>
          <w:sz w:val="16"/>
          <w:szCs w:val="16"/>
        </w:rPr>
      </w:pPr>
    </w:p>
    <w:p w14:paraId="017A451A" w14:textId="092E68B0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Copia de la respuesta que se impugna</w:t>
      </w:r>
      <w:r w:rsidR="00987E4A" w:rsidRPr="00091D37">
        <w:rPr>
          <w:sz w:val="16"/>
          <w:szCs w:val="16"/>
        </w:rPr>
        <w:t>.</w:t>
      </w:r>
    </w:p>
    <w:p w14:paraId="4AB99850" w14:textId="5472D618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Copia de la notificación de la respuesta correspondiente</w:t>
      </w:r>
      <w:r w:rsidR="00987E4A" w:rsidRPr="00091D37">
        <w:rPr>
          <w:sz w:val="16"/>
          <w:szCs w:val="16"/>
        </w:rPr>
        <w:t>.</w:t>
      </w:r>
    </w:p>
    <w:p w14:paraId="4D1512CC" w14:textId="548C2C5C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Copia de la solicitud realizada, en caso de falta de respuesta (Negativa Ficta)</w:t>
      </w:r>
      <w:r w:rsidR="00987E4A" w:rsidRPr="00091D37">
        <w:rPr>
          <w:sz w:val="16"/>
          <w:szCs w:val="16"/>
        </w:rPr>
        <w:t>.</w:t>
      </w:r>
    </w:p>
    <w:p w14:paraId="3C7F0A54" w14:textId="77777777" w:rsidR="004859E1" w:rsidRPr="00091D37" w:rsidRDefault="00000000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En caso de que la solicitud de información se haya presentado por correo certificado con acuse de recibo, a la copia de la solicitud se deberá anexar el número de folio de la pieza postal, el sello del acuse de recibo y de la oficina postal respectiva.</w:t>
      </w:r>
    </w:p>
    <w:p w14:paraId="5F3B2C52" w14:textId="77777777" w:rsidR="00880277" w:rsidRPr="00091D37" w:rsidRDefault="00880277">
      <w:pPr>
        <w:spacing w:after="0" w:line="240" w:lineRule="auto"/>
        <w:rPr>
          <w:sz w:val="16"/>
          <w:szCs w:val="16"/>
        </w:rPr>
      </w:pPr>
    </w:p>
    <w:p w14:paraId="512C1893" w14:textId="5A4AF64D" w:rsidR="004859E1" w:rsidRPr="00091D37" w:rsidRDefault="00000000">
      <w:pPr>
        <w:spacing w:after="0" w:line="240" w:lineRule="auto"/>
      </w:pPr>
      <w:r w:rsidRPr="00091D37">
        <w:rPr>
          <w:b/>
        </w:rPr>
        <w:t>PRUEBAS QUE SE ANEXAN.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549E7B48" w14:textId="77777777">
        <w:trPr>
          <w:jc w:val="center"/>
        </w:trPr>
        <w:tc>
          <w:tcPr>
            <w:tcW w:w="10368" w:type="dxa"/>
          </w:tcPr>
          <w:p w14:paraId="23B79366" w14:textId="77777777" w:rsidR="004859E1" w:rsidRPr="00091D37" w:rsidRDefault="00000000" w:rsidP="00165C7E">
            <w:pPr>
              <w:spacing w:after="0"/>
              <w:jc w:val="both"/>
              <w:rPr>
                <w:sz w:val="16"/>
                <w:szCs w:val="16"/>
              </w:rPr>
            </w:pPr>
            <w:r w:rsidRPr="00A07201">
              <w:rPr>
                <w:sz w:val="16"/>
                <w:szCs w:val="16"/>
                <w:lang w:val="pt-PT"/>
              </w:rPr>
              <w:t xml:space="preserve">☐ Carta Poder o Poder Notarial. </w:t>
            </w:r>
            <w:r w:rsidRPr="00091D37">
              <w:rPr>
                <w:sz w:val="16"/>
                <w:szCs w:val="16"/>
              </w:rPr>
              <w:t>Sólo en caso de presentar el Recurso por medio de representante o cuando se trate de Personas Morales.</w:t>
            </w:r>
          </w:p>
        </w:tc>
      </w:tr>
      <w:tr w:rsidR="004859E1" w:rsidRPr="00091D37" w14:paraId="2D5539FF" w14:textId="77777777">
        <w:trPr>
          <w:jc w:val="center"/>
        </w:trPr>
        <w:tc>
          <w:tcPr>
            <w:tcW w:w="10368" w:type="dxa"/>
          </w:tcPr>
          <w:p w14:paraId="5EEC6115" w14:textId="21100D20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☐ Otros documentos y elementos que considere procedentes someter a juicio </w:t>
            </w:r>
            <w:r w:rsidR="00165C7E" w:rsidRPr="00091D37">
              <w:rPr>
                <w:sz w:val="16"/>
                <w:szCs w:val="16"/>
              </w:rPr>
              <w:t xml:space="preserve">de la </w:t>
            </w:r>
            <w:r w:rsidR="00165C7E" w:rsidRPr="00091D37">
              <w:rPr>
                <w:color w:val="C00000"/>
                <w:sz w:val="16"/>
                <w:szCs w:val="16"/>
              </w:rPr>
              <w:t>Autoridad Garante Estatal.</w:t>
            </w:r>
          </w:p>
        </w:tc>
      </w:tr>
      <w:tr w:rsidR="004859E1" w:rsidRPr="00091D37" w14:paraId="19D9F8B4" w14:textId="77777777">
        <w:trPr>
          <w:jc w:val="center"/>
        </w:trPr>
        <w:tc>
          <w:tcPr>
            <w:tcW w:w="10368" w:type="dxa"/>
          </w:tcPr>
          <w:p w14:paraId="399EBD89" w14:textId="77777777" w:rsidR="004859E1" w:rsidRPr="00091D37" w:rsidRDefault="00000000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Describir documentos: ____________________________________________________________________________</w:t>
            </w:r>
          </w:p>
        </w:tc>
      </w:tr>
    </w:tbl>
    <w:p w14:paraId="091DABFA" w14:textId="42EB3F98" w:rsidR="00880277" w:rsidRPr="00091D37" w:rsidRDefault="00000000">
      <w:pPr>
        <w:spacing w:after="0" w:line="240" w:lineRule="auto"/>
        <w:rPr>
          <w:sz w:val="14"/>
          <w:szCs w:val="14"/>
        </w:rPr>
      </w:pPr>
      <w:r w:rsidRPr="00091D37">
        <w:rPr>
          <w:sz w:val="14"/>
          <w:szCs w:val="14"/>
        </w:rPr>
        <w:t>NOTA: Todos los campos marcados con asterisco son opcionale</w:t>
      </w:r>
      <w:r w:rsidR="007006B1" w:rsidRPr="00091D37">
        <w:rPr>
          <w:sz w:val="14"/>
          <w:szCs w:val="14"/>
        </w:rPr>
        <w:t>s.</w:t>
      </w:r>
    </w:p>
    <w:p w14:paraId="515318F6" w14:textId="77777777" w:rsidR="00E8024F" w:rsidRPr="00091D37" w:rsidRDefault="00E8024F">
      <w:pPr>
        <w:spacing w:after="0" w:line="240" w:lineRule="auto"/>
        <w:rPr>
          <w:b/>
        </w:rPr>
      </w:pPr>
    </w:p>
    <w:p w14:paraId="772A6299" w14:textId="77777777" w:rsidR="00E8024F" w:rsidRDefault="00E8024F">
      <w:pPr>
        <w:spacing w:after="0" w:line="240" w:lineRule="auto"/>
        <w:rPr>
          <w:b/>
        </w:rPr>
      </w:pPr>
    </w:p>
    <w:p w14:paraId="45DBE73E" w14:textId="66515161" w:rsidR="00937C6B" w:rsidRPr="00937C6B" w:rsidRDefault="00937C6B" w:rsidP="00937C6B">
      <w:pPr>
        <w:spacing w:after="0" w:line="240" w:lineRule="auto"/>
        <w:ind w:right="20"/>
        <w:jc w:val="both"/>
        <w:rPr>
          <w:bCs/>
          <w:sz w:val="18"/>
          <w:szCs w:val="18"/>
        </w:rPr>
      </w:pPr>
      <w:r w:rsidRPr="00937C6B">
        <w:rPr>
          <w:bCs/>
          <w:sz w:val="18"/>
          <w:szCs w:val="18"/>
        </w:rPr>
        <w:t>En la Ciudad de _________________municipio ________________, Estado de _______________, a ___________ del mes de _____________ del año ____________.</w:t>
      </w:r>
    </w:p>
    <w:p w14:paraId="59355810" w14:textId="77777777" w:rsidR="00A07201" w:rsidRDefault="00A07201" w:rsidP="00937C6B">
      <w:pPr>
        <w:spacing w:after="0" w:line="240" w:lineRule="auto"/>
        <w:ind w:right="20"/>
        <w:rPr>
          <w:b/>
        </w:rPr>
      </w:pPr>
    </w:p>
    <w:p w14:paraId="5AF0804F" w14:textId="77777777" w:rsidR="00937C6B" w:rsidRDefault="00937C6B" w:rsidP="00937C6B">
      <w:pPr>
        <w:spacing w:after="0" w:line="240" w:lineRule="auto"/>
        <w:ind w:right="20"/>
        <w:jc w:val="center"/>
        <w:rPr>
          <w:b/>
        </w:rPr>
      </w:pPr>
    </w:p>
    <w:p w14:paraId="13E4E53F" w14:textId="77777777" w:rsidR="00937C6B" w:rsidRDefault="00937C6B" w:rsidP="00937C6B">
      <w:pPr>
        <w:spacing w:after="0" w:line="240" w:lineRule="auto"/>
        <w:ind w:right="20"/>
        <w:jc w:val="center"/>
        <w:rPr>
          <w:b/>
        </w:rPr>
      </w:pPr>
    </w:p>
    <w:p w14:paraId="35FE2EA7" w14:textId="77777777" w:rsidR="00937C6B" w:rsidRDefault="00937C6B" w:rsidP="00937C6B">
      <w:pPr>
        <w:spacing w:after="0" w:line="240" w:lineRule="auto"/>
        <w:ind w:right="20"/>
        <w:jc w:val="center"/>
        <w:rPr>
          <w:b/>
        </w:rPr>
      </w:pPr>
    </w:p>
    <w:p w14:paraId="76CA3DF6" w14:textId="77777777" w:rsidR="00937C6B" w:rsidRPr="008450D3" w:rsidRDefault="00937C6B" w:rsidP="00937C6B">
      <w:pPr>
        <w:spacing w:after="0" w:line="240" w:lineRule="auto"/>
        <w:ind w:right="20"/>
        <w:jc w:val="center"/>
        <w:rPr>
          <w:b/>
        </w:rPr>
      </w:pPr>
    </w:p>
    <w:p w14:paraId="57772DFD" w14:textId="77777777" w:rsidR="00937C6B" w:rsidRPr="008450D3" w:rsidRDefault="00937C6B" w:rsidP="00937C6B">
      <w:pPr>
        <w:spacing w:after="0" w:line="240" w:lineRule="auto"/>
        <w:ind w:right="20"/>
        <w:jc w:val="center"/>
        <w:rPr>
          <w:b/>
        </w:rPr>
      </w:pPr>
      <w:r w:rsidRPr="008450D3">
        <w:rPr>
          <w:b/>
        </w:rPr>
        <w:t>NOMBRE Y FIRMA</w:t>
      </w:r>
    </w:p>
    <w:p w14:paraId="122C3434" w14:textId="77777777" w:rsidR="00937C6B" w:rsidRPr="008450D3" w:rsidRDefault="00937C6B" w:rsidP="00937C6B">
      <w:pPr>
        <w:spacing w:after="0" w:line="240" w:lineRule="auto"/>
        <w:ind w:right="20"/>
        <w:jc w:val="center"/>
        <w:rPr>
          <w:b/>
        </w:rPr>
      </w:pPr>
      <w:r w:rsidRPr="008450D3">
        <w:rPr>
          <w:b/>
        </w:rPr>
        <w:t>(En caso de no saber firmar, bastará con la huella digital)</w:t>
      </w:r>
    </w:p>
    <w:p w14:paraId="489059F1" w14:textId="77777777" w:rsidR="00937C6B" w:rsidRPr="008450D3" w:rsidRDefault="00937C6B" w:rsidP="00937C6B">
      <w:pPr>
        <w:spacing w:after="0" w:line="240" w:lineRule="auto"/>
        <w:ind w:right="20"/>
        <w:rPr>
          <w:b/>
        </w:rPr>
      </w:pPr>
    </w:p>
    <w:p w14:paraId="64D76078" w14:textId="77777777" w:rsidR="00937C6B" w:rsidRPr="008450D3" w:rsidRDefault="00937C6B" w:rsidP="00937C6B">
      <w:pPr>
        <w:spacing w:after="0" w:line="240" w:lineRule="auto"/>
        <w:ind w:right="20"/>
        <w:rPr>
          <w:b/>
        </w:rPr>
      </w:pPr>
    </w:p>
    <w:p w14:paraId="359CC757" w14:textId="77777777" w:rsidR="00937C6B" w:rsidRPr="008450D3" w:rsidRDefault="00937C6B" w:rsidP="00937C6B">
      <w:pPr>
        <w:spacing w:after="0" w:line="240" w:lineRule="auto"/>
        <w:ind w:right="20"/>
        <w:rPr>
          <w:b/>
        </w:rPr>
      </w:pPr>
    </w:p>
    <w:p w14:paraId="5A983616" w14:textId="77777777" w:rsidR="00937C6B" w:rsidRDefault="00937C6B" w:rsidP="00937C6B">
      <w:pPr>
        <w:spacing w:after="0" w:line="240" w:lineRule="auto"/>
        <w:ind w:right="20"/>
        <w:rPr>
          <w:b/>
        </w:rPr>
      </w:pPr>
    </w:p>
    <w:p w14:paraId="1C5FCFE6" w14:textId="77777777" w:rsidR="00937C6B" w:rsidRPr="008450D3" w:rsidRDefault="00937C6B" w:rsidP="00937C6B">
      <w:pPr>
        <w:spacing w:after="0" w:line="240" w:lineRule="auto"/>
        <w:ind w:right="20"/>
        <w:rPr>
          <w:b/>
        </w:rPr>
      </w:pPr>
    </w:p>
    <w:p w14:paraId="22B75F3B" w14:textId="77777777" w:rsidR="00937C6B" w:rsidRPr="008450D3" w:rsidRDefault="00937C6B" w:rsidP="00937C6B">
      <w:pPr>
        <w:spacing w:after="0" w:line="240" w:lineRule="auto"/>
        <w:ind w:right="20"/>
        <w:rPr>
          <w:b/>
        </w:rPr>
      </w:pPr>
    </w:p>
    <w:tbl>
      <w:tblPr>
        <w:tblpPr w:leftFromText="141" w:rightFromText="141" w:vertAnchor="text" w:horzAnchor="page" w:tblpX="6249" w:tblpY="121"/>
        <w:tblW w:w="5314" w:type="dxa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2657"/>
        <w:gridCol w:w="2657"/>
      </w:tblGrid>
      <w:tr w:rsidR="00937C6B" w:rsidRPr="008450D3" w14:paraId="2C97E768" w14:textId="77777777" w:rsidTr="005F7E91">
        <w:tc>
          <w:tcPr>
            <w:tcW w:w="5314" w:type="dxa"/>
            <w:gridSpan w:val="2"/>
          </w:tcPr>
          <w:p w14:paraId="6FCD2882" w14:textId="77777777" w:rsidR="00937C6B" w:rsidRPr="008450D3" w:rsidRDefault="00937C6B" w:rsidP="00937C6B">
            <w:pPr>
              <w:spacing w:after="0"/>
              <w:ind w:right="20"/>
              <w:jc w:val="both"/>
              <w:rPr>
                <w:sz w:val="16"/>
                <w:szCs w:val="16"/>
              </w:rPr>
            </w:pPr>
            <w:r w:rsidRPr="008450D3">
              <w:rPr>
                <w:b/>
                <w:sz w:val="16"/>
                <w:szCs w:val="16"/>
              </w:rPr>
              <w:t xml:space="preserve">ACUSE DE RECIBO DEL </w:t>
            </w:r>
            <w:r w:rsidRPr="008450D3">
              <w:rPr>
                <w:b/>
                <w:color w:val="C00000"/>
                <w:sz w:val="16"/>
                <w:szCs w:val="16"/>
              </w:rPr>
              <w:t>(nombre del Sujeto Obligado).</w:t>
            </w:r>
          </w:p>
        </w:tc>
      </w:tr>
      <w:tr w:rsidR="00937C6B" w:rsidRPr="008450D3" w14:paraId="61661B07" w14:textId="77777777" w:rsidTr="005F7E91">
        <w:tc>
          <w:tcPr>
            <w:tcW w:w="2657" w:type="dxa"/>
          </w:tcPr>
          <w:p w14:paraId="5A955513" w14:textId="77777777" w:rsidR="00937C6B" w:rsidRPr="008450D3" w:rsidRDefault="00937C6B" w:rsidP="00937C6B">
            <w:pPr>
              <w:spacing w:after="0"/>
              <w:ind w:right="20"/>
              <w:jc w:val="both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Nombre y firma de la persona servidora pública:</w:t>
            </w:r>
          </w:p>
        </w:tc>
        <w:tc>
          <w:tcPr>
            <w:tcW w:w="2657" w:type="dxa"/>
          </w:tcPr>
          <w:p w14:paraId="2DEDA101" w14:textId="77777777" w:rsidR="00937C6B" w:rsidRPr="008450D3" w:rsidRDefault="00937C6B" w:rsidP="00937C6B">
            <w:pPr>
              <w:spacing w:after="0"/>
              <w:ind w:right="20"/>
              <w:rPr>
                <w:sz w:val="16"/>
                <w:szCs w:val="16"/>
              </w:rPr>
            </w:pPr>
          </w:p>
          <w:p w14:paraId="10467ACF" w14:textId="77777777" w:rsidR="00937C6B" w:rsidRPr="008450D3" w:rsidRDefault="00937C6B" w:rsidP="00937C6B">
            <w:pPr>
              <w:spacing w:after="0"/>
              <w:ind w:right="20"/>
              <w:rPr>
                <w:sz w:val="16"/>
                <w:szCs w:val="16"/>
              </w:rPr>
            </w:pPr>
          </w:p>
          <w:p w14:paraId="7AE209B3" w14:textId="77777777" w:rsidR="00937C6B" w:rsidRPr="008450D3" w:rsidRDefault="00937C6B" w:rsidP="00937C6B">
            <w:pPr>
              <w:spacing w:after="0"/>
              <w:ind w:right="20"/>
              <w:rPr>
                <w:sz w:val="16"/>
                <w:szCs w:val="16"/>
              </w:rPr>
            </w:pPr>
          </w:p>
          <w:p w14:paraId="4C9B0233" w14:textId="77777777" w:rsidR="00937C6B" w:rsidRPr="008450D3" w:rsidRDefault="00937C6B" w:rsidP="00937C6B">
            <w:pPr>
              <w:spacing w:after="0"/>
              <w:ind w:right="20"/>
              <w:rPr>
                <w:sz w:val="16"/>
                <w:szCs w:val="16"/>
              </w:rPr>
            </w:pPr>
          </w:p>
          <w:p w14:paraId="71B04733" w14:textId="77777777" w:rsidR="00937C6B" w:rsidRPr="008450D3" w:rsidRDefault="00937C6B" w:rsidP="00937C6B">
            <w:pPr>
              <w:spacing w:after="0"/>
              <w:ind w:right="20"/>
              <w:rPr>
                <w:sz w:val="16"/>
                <w:szCs w:val="16"/>
              </w:rPr>
            </w:pPr>
          </w:p>
          <w:p w14:paraId="12A86638" w14:textId="77777777" w:rsidR="00937C6B" w:rsidRPr="008450D3" w:rsidRDefault="00937C6B" w:rsidP="00937C6B">
            <w:pPr>
              <w:spacing w:after="0"/>
              <w:ind w:right="20"/>
              <w:jc w:val="center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(Sello de recibido)</w:t>
            </w:r>
          </w:p>
        </w:tc>
      </w:tr>
    </w:tbl>
    <w:p w14:paraId="2527CD96" w14:textId="77777777" w:rsidR="00937C6B" w:rsidRPr="008450D3" w:rsidRDefault="00937C6B" w:rsidP="00937C6B">
      <w:pPr>
        <w:spacing w:after="0" w:line="240" w:lineRule="auto"/>
        <w:rPr>
          <w:color w:val="C00000"/>
        </w:rPr>
      </w:pPr>
    </w:p>
    <w:p w14:paraId="0306B881" w14:textId="77777777" w:rsidR="00937C6B" w:rsidRPr="008450D3" w:rsidRDefault="00937C6B" w:rsidP="00937C6B">
      <w:pPr>
        <w:spacing w:after="0" w:line="240" w:lineRule="auto"/>
        <w:rPr>
          <w:sz w:val="14"/>
          <w:szCs w:val="14"/>
        </w:rPr>
      </w:pPr>
      <w:r w:rsidRPr="008450D3">
        <w:rPr>
          <w:sz w:val="14"/>
          <w:szCs w:val="14"/>
        </w:rPr>
        <w:t xml:space="preserve">                                            </w:t>
      </w:r>
    </w:p>
    <w:p w14:paraId="33E0EB81" w14:textId="77777777" w:rsidR="00937C6B" w:rsidRPr="008450D3" w:rsidRDefault="00937C6B" w:rsidP="00937C6B">
      <w:pPr>
        <w:spacing w:after="0" w:line="240" w:lineRule="auto"/>
        <w:rPr>
          <w:sz w:val="14"/>
          <w:szCs w:val="14"/>
        </w:rPr>
      </w:pPr>
    </w:p>
    <w:p w14:paraId="56B78802" w14:textId="77777777" w:rsidR="00937C6B" w:rsidRPr="008450D3" w:rsidRDefault="00937C6B" w:rsidP="00937C6B">
      <w:pPr>
        <w:spacing w:after="0" w:line="240" w:lineRule="auto"/>
        <w:rPr>
          <w:sz w:val="14"/>
          <w:szCs w:val="14"/>
        </w:rPr>
      </w:pPr>
    </w:p>
    <w:p w14:paraId="59E9A4E5" w14:textId="77777777" w:rsidR="00937C6B" w:rsidRPr="008450D3" w:rsidRDefault="00937C6B" w:rsidP="00937C6B">
      <w:pPr>
        <w:spacing w:after="0" w:line="240" w:lineRule="auto"/>
        <w:rPr>
          <w:sz w:val="14"/>
          <w:szCs w:val="14"/>
        </w:rPr>
      </w:pPr>
    </w:p>
    <w:p w14:paraId="7367BBCE" w14:textId="77777777" w:rsidR="00937C6B" w:rsidRPr="008450D3" w:rsidRDefault="00937C6B" w:rsidP="00937C6B">
      <w:pPr>
        <w:spacing w:after="0" w:line="240" w:lineRule="auto"/>
        <w:rPr>
          <w:sz w:val="14"/>
          <w:szCs w:val="14"/>
        </w:rPr>
      </w:pPr>
    </w:p>
    <w:p w14:paraId="6D9CCD23" w14:textId="77777777" w:rsidR="00937C6B" w:rsidRPr="008450D3" w:rsidRDefault="00937C6B" w:rsidP="00937C6B">
      <w:pPr>
        <w:spacing w:after="0" w:line="240" w:lineRule="auto"/>
        <w:rPr>
          <w:sz w:val="14"/>
          <w:szCs w:val="14"/>
        </w:rPr>
      </w:pPr>
    </w:p>
    <w:p w14:paraId="3376A8EF" w14:textId="77777777" w:rsidR="00937C6B" w:rsidRPr="008450D3" w:rsidRDefault="00937C6B" w:rsidP="00937C6B">
      <w:pPr>
        <w:spacing w:after="0" w:line="240" w:lineRule="auto"/>
        <w:rPr>
          <w:sz w:val="14"/>
          <w:szCs w:val="14"/>
        </w:rPr>
      </w:pPr>
    </w:p>
    <w:p w14:paraId="48E96792" w14:textId="77777777" w:rsidR="00A07201" w:rsidRDefault="00A07201">
      <w:pPr>
        <w:spacing w:after="0" w:line="240" w:lineRule="auto"/>
        <w:rPr>
          <w:b/>
        </w:rPr>
      </w:pPr>
    </w:p>
    <w:p w14:paraId="08F12C30" w14:textId="77777777" w:rsidR="00A07201" w:rsidRDefault="00A07201">
      <w:pPr>
        <w:spacing w:after="0" w:line="240" w:lineRule="auto"/>
        <w:rPr>
          <w:b/>
        </w:rPr>
      </w:pPr>
    </w:p>
    <w:p w14:paraId="4D16374C" w14:textId="77777777" w:rsidR="00A07201" w:rsidRDefault="00A07201">
      <w:pPr>
        <w:spacing w:after="0" w:line="240" w:lineRule="auto"/>
        <w:rPr>
          <w:b/>
        </w:rPr>
      </w:pPr>
    </w:p>
    <w:p w14:paraId="051A0205" w14:textId="77777777" w:rsidR="00A07201" w:rsidRDefault="00A07201">
      <w:pPr>
        <w:spacing w:after="0" w:line="240" w:lineRule="auto"/>
        <w:rPr>
          <w:b/>
        </w:rPr>
      </w:pPr>
    </w:p>
    <w:p w14:paraId="1E630568" w14:textId="77777777" w:rsidR="00A07201" w:rsidRDefault="00A07201">
      <w:pPr>
        <w:spacing w:after="0" w:line="240" w:lineRule="auto"/>
        <w:rPr>
          <w:b/>
        </w:rPr>
      </w:pPr>
    </w:p>
    <w:p w14:paraId="1506655E" w14:textId="77777777" w:rsidR="00A07201" w:rsidRDefault="00A07201">
      <w:pPr>
        <w:spacing w:after="0" w:line="240" w:lineRule="auto"/>
        <w:rPr>
          <w:b/>
        </w:rPr>
      </w:pPr>
    </w:p>
    <w:p w14:paraId="57342911" w14:textId="77777777" w:rsidR="00937C6B" w:rsidRDefault="00937C6B">
      <w:pPr>
        <w:spacing w:after="0" w:line="240" w:lineRule="auto"/>
        <w:rPr>
          <w:b/>
        </w:rPr>
      </w:pPr>
    </w:p>
    <w:p w14:paraId="4D5B4396" w14:textId="77777777" w:rsidR="00937C6B" w:rsidRDefault="00937C6B">
      <w:pPr>
        <w:spacing w:after="0" w:line="240" w:lineRule="auto"/>
        <w:rPr>
          <w:b/>
        </w:rPr>
      </w:pPr>
    </w:p>
    <w:p w14:paraId="4F632F1A" w14:textId="77777777" w:rsidR="00937C6B" w:rsidRDefault="00937C6B">
      <w:pPr>
        <w:spacing w:after="0" w:line="240" w:lineRule="auto"/>
        <w:rPr>
          <w:b/>
        </w:rPr>
      </w:pPr>
    </w:p>
    <w:p w14:paraId="0DB239D5" w14:textId="77777777" w:rsidR="00937C6B" w:rsidRDefault="00937C6B">
      <w:pPr>
        <w:spacing w:after="0" w:line="240" w:lineRule="auto"/>
        <w:rPr>
          <w:b/>
        </w:rPr>
      </w:pPr>
    </w:p>
    <w:p w14:paraId="7453DBD1" w14:textId="77777777" w:rsidR="00937C6B" w:rsidRDefault="00937C6B">
      <w:pPr>
        <w:spacing w:after="0" w:line="240" w:lineRule="auto"/>
        <w:rPr>
          <w:b/>
        </w:rPr>
      </w:pPr>
    </w:p>
    <w:p w14:paraId="2F8D5B61" w14:textId="77777777" w:rsidR="00937C6B" w:rsidRDefault="00937C6B">
      <w:pPr>
        <w:spacing w:after="0" w:line="240" w:lineRule="auto"/>
        <w:rPr>
          <w:b/>
        </w:rPr>
      </w:pPr>
    </w:p>
    <w:p w14:paraId="17D8495E" w14:textId="77777777" w:rsidR="00937C6B" w:rsidRDefault="00937C6B">
      <w:pPr>
        <w:spacing w:after="0" w:line="240" w:lineRule="auto"/>
        <w:rPr>
          <w:b/>
        </w:rPr>
      </w:pPr>
    </w:p>
    <w:p w14:paraId="4E999D32" w14:textId="77777777" w:rsidR="00937C6B" w:rsidRDefault="00937C6B">
      <w:pPr>
        <w:spacing w:after="0" w:line="240" w:lineRule="auto"/>
        <w:rPr>
          <w:b/>
        </w:rPr>
      </w:pPr>
    </w:p>
    <w:p w14:paraId="3C676E1C" w14:textId="77777777" w:rsidR="00937C6B" w:rsidRDefault="00937C6B">
      <w:pPr>
        <w:spacing w:after="0" w:line="240" w:lineRule="auto"/>
        <w:rPr>
          <w:b/>
        </w:rPr>
      </w:pPr>
    </w:p>
    <w:p w14:paraId="51781586" w14:textId="77777777" w:rsidR="00937C6B" w:rsidRDefault="00937C6B">
      <w:pPr>
        <w:spacing w:after="0" w:line="240" w:lineRule="auto"/>
        <w:rPr>
          <w:b/>
        </w:rPr>
      </w:pPr>
    </w:p>
    <w:p w14:paraId="229979F9" w14:textId="77777777" w:rsidR="00937C6B" w:rsidRDefault="00937C6B">
      <w:pPr>
        <w:spacing w:after="0" w:line="240" w:lineRule="auto"/>
        <w:rPr>
          <w:b/>
        </w:rPr>
      </w:pPr>
    </w:p>
    <w:p w14:paraId="2D2C0640" w14:textId="77777777" w:rsidR="00937C6B" w:rsidRDefault="00937C6B">
      <w:pPr>
        <w:spacing w:after="0" w:line="240" w:lineRule="auto"/>
        <w:rPr>
          <w:b/>
        </w:rPr>
      </w:pPr>
    </w:p>
    <w:p w14:paraId="75ADA619" w14:textId="77777777" w:rsidR="00A07201" w:rsidRDefault="00A07201">
      <w:pPr>
        <w:spacing w:after="0" w:line="240" w:lineRule="auto"/>
        <w:rPr>
          <w:b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07201" w:rsidRPr="00C56CFE" w14:paraId="3D9EFA51" w14:textId="77777777" w:rsidTr="00F55433">
        <w:trPr>
          <w:trHeight w:val="553"/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2F53D1A9" w14:textId="18AB5468" w:rsidR="00A07201" w:rsidRPr="00C56CFE" w:rsidRDefault="00A07201" w:rsidP="00F55433">
            <w:pPr>
              <w:jc w:val="center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lastRenderedPageBreak/>
              <w:t xml:space="preserve">AVISO DE PRIVACIDAD SIMPLIFICADO PARA LA INTERPOSICIÓN DEL RECURSO DE REVISIÓN EN MATERIA DE </w:t>
            </w:r>
            <w:r>
              <w:rPr>
                <w:b/>
                <w:sz w:val="16"/>
                <w:szCs w:val="16"/>
              </w:rPr>
              <w:t>ACCESO A LA INFORMACIÓN PÚBLICA DEL ESTADO DE QUINTANA ROO</w:t>
            </w:r>
          </w:p>
        </w:tc>
      </w:tr>
      <w:tr w:rsidR="00A07201" w:rsidRPr="00C56CFE" w14:paraId="59C82CA6" w14:textId="77777777" w:rsidTr="00F55433">
        <w:trPr>
          <w:jc w:val="center"/>
        </w:trPr>
        <w:tc>
          <w:tcPr>
            <w:tcW w:w="10368" w:type="dxa"/>
          </w:tcPr>
          <w:p w14:paraId="6EC3CFCE" w14:textId="730174B9" w:rsidR="00A07201" w:rsidRPr="00B74072" w:rsidRDefault="00A07201" w:rsidP="00A07201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>En cumplimiento a la Ley General de Protección de Datos Personales en Posesión de Sujetos Obligados y la Ley de Protección de Datos Personales en Posesión de Sujetos Obligados del Estado de Quintana Roo, el</w:t>
            </w:r>
            <w:r w:rsidR="00937C6B">
              <w:rPr>
                <w:bCs/>
                <w:sz w:val="16"/>
                <w:szCs w:val="16"/>
              </w:rPr>
              <w:t xml:space="preserve"> o la</w:t>
            </w:r>
            <w:r w:rsidRPr="00B74072">
              <w:rPr>
                <w:bCs/>
                <w:sz w:val="16"/>
                <w:szCs w:val="16"/>
              </w:rPr>
              <w:t xml:space="preserve"> </w:t>
            </w:r>
            <w:r w:rsidRPr="00B74072">
              <w:rPr>
                <w:bCs/>
                <w:color w:val="C00000"/>
                <w:sz w:val="16"/>
                <w:szCs w:val="16"/>
              </w:rPr>
              <w:t xml:space="preserve">(nombre del sujeto obligado), </w:t>
            </w:r>
            <w:r w:rsidRPr="00B74072">
              <w:rPr>
                <w:bCs/>
                <w:sz w:val="16"/>
                <w:szCs w:val="16"/>
              </w:rPr>
              <w:t xml:space="preserve">con domicilio ubicado en </w:t>
            </w:r>
            <w:r w:rsidRPr="00B74072">
              <w:rPr>
                <w:bCs/>
                <w:color w:val="C00000"/>
                <w:sz w:val="16"/>
                <w:szCs w:val="16"/>
              </w:rPr>
              <w:t>(domicilio del Sujeto Obligado)</w:t>
            </w:r>
            <w:r w:rsidRPr="00B74072">
              <w:rPr>
                <w:bCs/>
                <w:sz w:val="16"/>
                <w:szCs w:val="16"/>
              </w:rPr>
              <w:t xml:space="preserve">, en su calidad de Sujeto Obligado informa que es el responsable del tratamiento de los Datos Personales que proporcione, los cuales serán protegidos de conformidad con lo dispuesto en los citados ordenamientos y demás que resulten aplicables. </w:t>
            </w:r>
          </w:p>
          <w:p w14:paraId="724D61F8" w14:textId="77777777" w:rsidR="00A07201" w:rsidRPr="00B74072" w:rsidRDefault="00A07201" w:rsidP="00A07201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</w:p>
          <w:p w14:paraId="2D89B952" w14:textId="77777777" w:rsidR="00A07201" w:rsidRPr="00B74072" w:rsidRDefault="00A07201" w:rsidP="00A07201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B74072">
              <w:rPr>
                <w:b/>
                <w:sz w:val="16"/>
                <w:szCs w:val="16"/>
              </w:rPr>
              <w:t xml:space="preserve">¿Qué datos personales se recaban y para qué finalidad? </w:t>
            </w:r>
          </w:p>
          <w:p w14:paraId="20FCAF05" w14:textId="77777777" w:rsidR="00A07201" w:rsidRPr="00B74072" w:rsidRDefault="00A07201" w:rsidP="00A07201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</w:p>
          <w:p w14:paraId="47986A61" w14:textId="4C3EE82B" w:rsidR="00A07201" w:rsidRPr="00B74072" w:rsidRDefault="00A07201" w:rsidP="00A07201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 xml:space="preserve">Los datos personales que proporcione en el recurso de revisión que se presente ante </w:t>
            </w:r>
            <w:r w:rsidRPr="00B74072">
              <w:rPr>
                <w:bCs/>
                <w:color w:val="C00000"/>
                <w:sz w:val="16"/>
                <w:szCs w:val="16"/>
              </w:rPr>
              <w:t>el o la (nombre del Sujeto Obligado)</w:t>
            </w:r>
            <w:r w:rsidRPr="00B74072">
              <w:rPr>
                <w:bCs/>
                <w:sz w:val="16"/>
                <w:szCs w:val="16"/>
              </w:rPr>
              <w:t xml:space="preserve">: </w:t>
            </w:r>
          </w:p>
          <w:p w14:paraId="56AACD0F" w14:textId="656F04DA" w:rsidR="00A07201" w:rsidRPr="00B74072" w:rsidRDefault="00A07201" w:rsidP="00B74072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 xml:space="preserve">Por escrito: a) Libre o en el formato que corresponda, presentado de manera directa y personal en la oficina u oficinas de la Unidad de Transparencia, designadas para ello; b) A través de correo postal ordinario o certificado, o c) A través de servicio de mensajería; </w:t>
            </w:r>
          </w:p>
          <w:p w14:paraId="3089F72E" w14:textId="245D9184" w:rsidR="00A07201" w:rsidRPr="00B74072" w:rsidRDefault="00A07201" w:rsidP="00B74072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>Por medios electrónicos: a) A través de la Plataforma Nacional, por medio de su Sistema de Gestión de Medios de Impugnación o b) A través de cualquier otro aprobado por el Sistema Nacional, de conformidad con el artículo 45</w:t>
            </w:r>
            <w:r w:rsidR="00937C6B">
              <w:rPr>
                <w:bCs/>
                <w:sz w:val="16"/>
                <w:szCs w:val="16"/>
              </w:rPr>
              <w:t>,</w:t>
            </w:r>
            <w:r w:rsidRPr="00B74072">
              <w:rPr>
                <w:bCs/>
                <w:sz w:val="16"/>
                <w:szCs w:val="16"/>
              </w:rPr>
              <w:t xml:space="preserve"> fracción II de la Ley General, que son los medios y modalidades previstos en el artículo 158 de la Ley de Transparencia y Acceso a la Información Pública del Estado de Quintana Roo.</w:t>
            </w:r>
          </w:p>
          <w:p w14:paraId="14B12E9A" w14:textId="77777777" w:rsidR="00A07201" w:rsidRPr="00B74072" w:rsidRDefault="00A07201" w:rsidP="00A07201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</w:p>
          <w:p w14:paraId="4BF6061A" w14:textId="77777777" w:rsidR="00A07201" w:rsidRPr="00B74072" w:rsidRDefault="00A07201" w:rsidP="00A07201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 xml:space="preserve">Se utilizarán para las siguientes finalidades: </w:t>
            </w:r>
          </w:p>
          <w:p w14:paraId="777E5191" w14:textId="77777777" w:rsidR="00B74072" w:rsidRPr="00B74072" w:rsidRDefault="00A07201" w:rsidP="00B7407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bCs/>
                <w:color w:val="C00000"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 xml:space="preserve">Registrar, abrir, integrar y analizar el expediente respectivo; decretar la prevención, admisión o </w:t>
            </w:r>
            <w:proofErr w:type="spellStart"/>
            <w:r w:rsidRPr="00B74072">
              <w:rPr>
                <w:bCs/>
                <w:sz w:val="16"/>
                <w:szCs w:val="16"/>
              </w:rPr>
              <w:t>desechami</w:t>
            </w:r>
            <w:r w:rsidR="00B74072" w:rsidRPr="00B74072">
              <w:rPr>
                <w:bCs/>
                <w:sz w:val="16"/>
                <w:szCs w:val="16"/>
              </w:rPr>
              <w:t>ento</w:t>
            </w:r>
            <w:proofErr w:type="spellEnd"/>
            <w:r w:rsidR="00B74072" w:rsidRPr="00B74072">
              <w:rPr>
                <w:bCs/>
                <w:sz w:val="16"/>
                <w:szCs w:val="16"/>
              </w:rPr>
              <w:t xml:space="preserve"> del recurso de revisión, </w:t>
            </w:r>
            <w:r w:rsidRPr="00B74072">
              <w:rPr>
                <w:bCs/>
                <w:sz w:val="16"/>
                <w:szCs w:val="16"/>
              </w:rPr>
              <w:t xml:space="preserve">en su caso; </w:t>
            </w:r>
          </w:p>
          <w:p w14:paraId="0A24451C" w14:textId="77777777" w:rsidR="00B74072" w:rsidRPr="00B74072" w:rsidRDefault="00B74072" w:rsidP="00B7407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bCs/>
                <w:color w:val="C00000"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>S</w:t>
            </w:r>
            <w:r w:rsidR="00A07201" w:rsidRPr="00B74072">
              <w:rPr>
                <w:bCs/>
                <w:sz w:val="16"/>
                <w:szCs w:val="16"/>
              </w:rPr>
              <w:t xml:space="preserve">ustanciar los recursos de revisión en los términos previstos en la Ley y demás normatividad aplicable; </w:t>
            </w:r>
          </w:p>
          <w:p w14:paraId="18B8ABDE" w14:textId="77777777" w:rsidR="00B74072" w:rsidRPr="00B74072" w:rsidRDefault="00B74072" w:rsidP="00B7407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bCs/>
                <w:color w:val="C00000"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>E</w:t>
            </w:r>
            <w:r w:rsidR="00A07201" w:rsidRPr="00B74072">
              <w:rPr>
                <w:bCs/>
                <w:sz w:val="16"/>
                <w:szCs w:val="16"/>
              </w:rPr>
              <w:t xml:space="preserve">laborar los proyectos de resolución, así como realizar de manera personal, electrónica, o por estrados, las publicaciones y notificaciones que se deriven de dichos procesos. </w:t>
            </w:r>
          </w:p>
          <w:p w14:paraId="5FA713C5" w14:textId="77777777" w:rsidR="00B74072" w:rsidRPr="00B74072" w:rsidRDefault="00B74072" w:rsidP="00B74072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</w:p>
          <w:p w14:paraId="7721F628" w14:textId="77777777" w:rsidR="00862F76" w:rsidRDefault="00A07201" w:rsidP="00B74072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 xml:space="preserve">Para los fines antes señalados se solicitan los siguientes datos personales: el nombre de la persona que recurre o de su representante y, en su caso, del tercero interesado, </w:t>
            </w:r>
            <w:r w:rsidR="00862F76">
              <w:rPr>
                <w:bCs/>
                <w:sz w:val="16"/>
                <w:szCs w:val="16"/>
              </w:rPr>
              <w:t xml:space="preserve">firma autógrafa, </w:t>
            </w:r>
            <w:r w:rsidRPr="00B74072">
              <w:rPr>
                <w:bCs/>
                <w:sz w:val="16"/>
                <w:szCs w:val="16"/>
              </w:rPr>
              <w:t>así como la dirección, correo electrónico o folio de la solicitud que señale para recibir notificaciones.</w:t>
            </w:r>
          </w:p>
          <w:p w14:paraId="6750BDF5" w14:textId="77777777" w:rsidR="00862F76" w:rsidRDefault="00862F76" w:rsidP="00B74072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</w:p>
          <w:p w14:paraId="0415DB60" w14:textId="34FF2296" w:rsidR="00B74072" w:rsidRPr="00B74072" w:rsidRDefault="00862F76" w:rsidP="00B74072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Datos sensibles: huella digital.</w:t>
            </w:r>
            <w:r w:rsidR="00A07201" w:rsidRPr="00B74072">
              <w:rPr>
                <w:bCs/>
                <w:sz w:val="16"/>
                <w:szCs w:val="16"/>
              </w:rPr>
              <w:t xml:space="preserve"> </w:t>
            </w:r>
          </w:p>
          <w:p w14:paraId="3899C203" w14:textId="77777777" w:rsidR="00B74072" w:rsidRPr="00B74072" w:rsidRDefault="00B74072" w:rsidP="00B74072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</w:p>
          <w:p w14:paraId="18F8E463" w14:textId="77777777" w:rsidR="00B74072" w:rsidRPr="00B74072" w:rsidRDefault="00A07201" w:rsidP="00B74072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B74072">
              <w:rPr>
                <w:b/>
                <w:sz w:val="16"/>
                <w:szCs w:val="16"/>
              </w:rPr>
              <w:t xml:space="preserve">Transferencia de Datos Personales </w:t>
            </w:r>
          </w:p>
          <w:p w14:paraId="06C854F6" w14:textId="77777777" w:rsidR="00B74072" w:rsidRPr="00B74072" w:rsidRDefault="00B74072" w:rsidP="00B74072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</w:p>
          <w:p w14:paraId="4B201472" w14:textId="77777777" w:rsidR="00B74072" w:rsidRPr="00B74072" w:rsidRDefault="00A07201" w:rsidP="00B74072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 xml:space="preserve">Se informa que no se realizarán transferencias de datos personales a terceras personas, distintas a las partes que intervienen en el </w:t>
            </w:r>
            <w:r w:rsidR="00B74072" w:rsidRPr="00B74072">
              <w:rPr>
                <w:bCs/>
                <w:sz w:val="16"/>
                <w:szCs w:val="16"/>
              </w:rPr>
              <w:t>recurso de revisión, salv</w:t>
            </w:r>
            <w:r w:rsidRPr="00B74072">
              <w:rPr>
                <w:bCs/>
                <w:sz w:val="16"/>
                <w:szCs w:val="16"/>
              </w:rPr>
              <w:t xml:space="preserve">o aquéllas que sean necesarias para atender requerimientos de información de autoridad competente, que estén debidamente fundados y motivados. </w:t>
            </w:r>
          </w:p>
          <w:p w14:paraId="7DFF4F4C" w14:textId="77777777" w:rsidR="00B74072" w:rsidRPr="00B74072" w:rsidRDefault="00B74072" w:rsidP="00B74072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</w:p>
          <w:p w14:paraId="7A6397EC" w14:textId="66724569" w:rsidR="00A07201" w:rsidRPr="00B74072" w:rsidRDefault="00A07201" w:rsidP="00B74072">
            <w:pPr>
              <w:spacing w:after="0" w:line="240" w:lineRule="auto"/>
              <w:jc w:val="both"/>
              <w:rPr>
                <w:bCs/>
                <w:color w:val="C00000"/>
                <w:sz w:val="16"/>
                <w:szCs w:val="16"/>
              </w:rPr>
            </w:pPr>
            <w:r w:rsidRPr="00B74072">
              <w:rPr>
                <w:bCs/>
                <w:sz w:val="16"/>
                <w:szCs w:val="16"/>
              </w:rPr>
              <w:t xml:space="preserve">Usted podrá consultar el Aviso de Privacidad Integral en el sitio web del </w:t>
            </w:r>
            <w:r w:rsidR="00B74072" w:rsidRPr="00B74072">
              <w:rPr>
                <w:bCs/>
                <w:color w:val="C00000"/>
                <w:sz w:val="16"/>
                <w:szCs w:val="16"/>
              </w:rPr>
              <w:t>(sujeto obligado)</w:t>
            </w:r>
            <w:r w:rsidR="00B74072" w:rsidRPr="00B74072">
              <w:rPr>
                <w:bCs/>
                <w:sz w:val="16"/>
                <w:szCs w:val="16"/>
              </w:rPr>
              <w:t xml:space="preserve"> o domicilio del </w:t>
            </w:r>
            <w:r w:rsidR="00B74072" w:rsidRPr="00B74072">
              <w:rPr>
                <w:bCs/>
                <w:color w:val="C00000"/>
                <w:sz w:val="16"/>
                <w:szCs w:val="16"/>
              </w:rPr>
              <w:t>(sujeto obligado).</w:t>
            </w:r>
          </w:p>
        </w:tc>
      </w:tr>
    </w:tbl>
    <w:p w14:paraId="067E1E0F" w14:textId="77777777" w:rsidR="00A07201" w:rsidRPr="00091D37" w:rsidRDefault="00A07201">
      <w:pPr>
        <w:spacing w:after="0" w:line="240" w:lineRule="auto"/>
        <w:rPr>
          <w:b/>
        </w:rPr>
      </w:pPr>
    </w:p>
    <w:p w14:paraId="423E1BD7" w14:textId="77777777" w:rsidR="00E8024F" w:rsidRPr="00091D37" w:rsidRDefault="00E8024F">
      <w:pPr>
        <w:spacing w:after="0" w:line="240" w:lineRule="auto"/>
        <w:rPr>
          <w:b/>
        </w:rPr>
      </w:pPr>
    </w:p>
    <w:p w14:paraId="2BB1A222" w14:textId="77777777" w:rsidR="00E8024F" w:rsidRPr="00091D37" w:rsidRDefault="00E8024F">
      <w:pPr>
        <w:spacing w:after="0" w:line="240" w:lineRule="auto"/>
        <w:rPr>
          <w:b/>
        </w:rPr>
      </w:pPr>
    </w:p>
    <w:p w14:paraId="68304CA8" w14:textId="77777777" w:rsidR="00E8024F" w:rsidRPr="00091D37" w:rsidRDefault="00E8024F">
      <w:pPr>
        <w:spacing w:after="0" w:line="240" w:lineRule="auto"/>
        <w:rPr>
          <w:b/>
        </w:rPr>
      </w:pPr>
    </w:p>
    <w:p w14:paraId="4A00931E" w14:textId="77777777" w:rsidR="00E8024F" w:rsidRPr="00091D37" w:rsidRDefault="00E8024F">
      <w:pPr>
        <w:spacing w:after="0" w:line="240" w:lineRule="auto"/>
        <w:rPr>
          <w:b/>
        </w:rPr>
      </w:pPr>
    </w:p>
    <w:p w14:paraId="3A12C9B8" w14:textId="77777777" w:rsidR="00E8024F" w:rsidRPr="00091D37" w:rsidRDefault="00E8024F">
      <w:pPr>
        <w:spacing w:after="0" w:line="240" w:lineRule="auto"/>
        <w:rPr>
          <w:b/>
        </w:rPr>
      </w:pPr>
    </w:p>
    <w:p w14:paraId="637F60B9" w14:textId="77777777" w:rsidR="00E8024F" w:rsidRPr="00091D37" w:rsidRDefault="00E8024F">
      <w:pPr>
        <w:spacing w:after="0" w:line="240" w:lineRule="auto"/>
        <w:rPr>
          <w:b/>
        </w:rPr>
      </w:pPr>
    </w:p>
    <w:p w14:paraId="4B06FC6C" w14:textId="77777777" w:rsidR="00E8024F" w:rsidRPr="00091D37" w:rsidRDefault="00E8024F">
      <w:pPr>
        <w:spacing w:after="0" w:line="240" w:lineRule="auto"/>
        <w:rPr>
          <w:b/>
        </w:rPr>
      </w:pPr>
    </w:p>
    <w:p w14:paraId="59F53A80" w14:textId="77777777" w:rsidR="00E8024F" w:rsidRPr="00091D37" w:rsidRDefault="00E8024F">
      <w:pPr>
        <w:spacing w:after="0" w:line="240" w:lineRule="auto"/>
        <w:rPr>
          <w:b/>
        </w:rPr>
      </w:pPr>
    </w:p>
    <w:p w14:paraId="2EEF57BD" w14:textId="77777777" w:rsidR="00E8024F" w:rsidRPr="00091D37" w:rsidRDefault="00E8024F">
      <w:pPr>
        <w:spacing w:after="0" w:line="240" w:lineRule="auto"/>
        <w:rPr>
          <w:b/>
        </w:rPr>
      </w:pPr>
    </w:p>
    <w:p w14:paraId="0A3CFE47" w14:textId="77777777" w:rsidR="00E8024F" w:rsidRPr="00091D37" w:rsidRDefault="00E8024F">
      <w:pPr>
        <w:spacing w:after="0" w:line="240" w:lineRule="auto"/>
        <w:rPr>
          <w:b/>
        </w:rPr>
      </w:pPr>
    </w:p>
    <w:p w14:paraId="7C7AD685" w14:textId="77777777" w:rsidR="00E8024F" w:rsidRPr="00091D37" w:rsidRDefault="00E8024F">
      <w:pPr>
        <w:spacing w:after="0" w:line="240" w:lineRule="auto"/>
        <w:rPr>
          <w:b/>
        </w:rPr>
      </w:pPr>
    </w:p>
    <w:p w14:paraId="6FA49E71" w14:textId="77777777" w:rsidR="00E8024F" w:rsidRPr="00091D37" w:rsidRDefault="00E8024F">
      <w:pPr>
        <w:spacing w:after="0" w:line="240" w:lineRule="auto"/>
        <w:rPr>
          <w:b/>
        </w:rPr>
      </w:pPr>
    </w:p>
    <w:p w14:paraId="79818E7E" w14:textId="77777777" w:rsidR="00E8024F" w:rsidRPr="00091D37" w:rsidRDefault="00E8024F">
      <w:pPr>
        <w:spacing w:after="0" w:line="240" w:lineRule="auto"/>
        <w:rPr>
          <w:b/>
        </w:rPr>
      </w:pPr>
    </w:p>
    <w:p w14:paraId="2E3D34D8" w14:textId="77777777" w:rsidR="00E8024F" w:rsidRPr="00091D37" w:rsidRDefault="00E8024F">
      <w:pPr>
        <w:spacing w:after="0" w:line="240" w:lineRule="auto"/>
        <w:rPr>
          <w:b/>
        </w:rPr>
      </w:pPr>
    </w:p>
    <w:p w14:paraId="7836EC2A" w14:textId="77777777" w:rsidR="00E8024F" w:rsidRPr="00091D37" w:rsidRDefault="00E8024F">
      <w:pPr>
        <w:spacing w:after="0" w:line="240" w:lineRule="auto"/>
        <w:rPr>
          <w:b/>
        </w:rPr>
      </w:pPr>
    </w:p>
    <w:p w14:paraId="0D6A9111" w14:textId="77777777" w:rsidR="00E8024F" w:rsidRPr="006702A4" w:rsidRDefault="00E8024F">
      <w:pPr>
        <w:spacing w:after="0" w:line="240" w:lineRule="auto"/>
        <w:rPr>
          <w:b/>
        </w:rPr>
      </w:pPr>
    </w:p>
    <w:sectPr w:rsidR="00E8024F" w:rsidRPr="006702A4" w:rsidSect="00034616">
      <w:headerReference w:type="default" r:id="rId8"/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BE0F1" w14:textId="77777777" w:rsidR="009137AC" w:rsidRPr="00091D37" w:rsidRDefault="009137AC" w:rsidP="00165C7E">
      <w:pPr>
        <w:spacing w:after="0" w:line="240" w:lineRule="auto"/>
      </w:pPr>
      <w:r w:rsidRPr="00091D37">
        <w:separator/>
      </w:r>
    </w:p>
  </w:endnote>
  <w:endnote w:type="continuationSeparator" w:id="0">
    <w:p w14:paraId="7850A924" w14:textId="77777777" w:rsidR="009137AC" w:rsidRPr="00091D37" w:rsidRDefault="009137AC" w:rsidP="00165C7E">
      <w:pPr>
        <w:spacing w:after="0" w:line="240" w:lineRule="auto"/>
      </w:pPr>
      <w:r w:rsidRPr="00091D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C338F" w14:textId="77777777" w:rsidR="009137AC" w:rsidRPr="00091D37" w:rsidRDefault="009137AC" w:rsidP="00165C7E">
      <w:pPr>
        <w:spacing w:after="0" w:line="240" w:lineRule="auto"/>
      </w:pPr>
      <w:r w:rsidRPr="00091D37">
        <w:separator/>
      </w:r>
    </w:p>
  </w:footnote>
  <w:footnote w:type="continuationSeparator" w:id="0">
    <w:p w14:paraId="6D6C739C" w14:textId="77777777" w:rsidR="009137AC" w:rsidRPr="00091D37" w:rsidRDefault="009137AC" w:rsidP="00165C7E">
      <w:pPr>
        <w:spacing w:after="0" w:line="240" w:lineRule="auto"/>
      </w:pPr>
      <w:r w:rsidRPr="00091D3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248F" w14:textId="1BCE38CA" w:rsidR="00165C7E" w:rsidRPr="006516B6" w:rsidRDefault="001C3380" w:rsidP="007006B1">
    <w:pPr>
      <w:spacing w:after="0" w:line="240" w:lineRule="auto"/>
      <w:ind w:right="-994"/>
      <w:rPr>
        <w:rFonts w:cs="Arial"/>
        <w:b/>
        <w:bCs/>
        <w:u w:val="single"/>
      </w:rPr>
    </w:pPr>
    <w:r w:rsidRPr="006516B6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54BD6" wp14:editId="0756EBDC">
              <wp:simplePos x="0" y="0"/>
              <wp:positionH relativeFrom="margin">
                <wp:posOffset>5806440</wp:posOffset>
              </wp:positionH>
              <wp:positionV relativeFrom="paragraph">
                <wp:posOffset>-235527</wp:posOffset>
              </wp:positionV>
              <wp:extent cx="751551" cy="249382"/>
              <wp:effectExtent l="0" t="0" r="10795" b="1778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551" cy="24938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5FADC6" w14:textId="13C57D30" w:rsidR="001C3380" w:rsidRPr="00091D37" w:rsidRDefault="003063EC" w:rsidP="001C3380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063EC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FRRDAI</w:t>
                          </w:r>
                          <w:r w:rsidR="006516B6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P</w:t>
                          </w:r>
                          <w:r w:rsidRPr="003063EC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-3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654BD6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457.2pt;margin-top:-18.55pt;width:59.2pt;height:19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">
              <v:textbox>
                <w:txbxContent>
                  <w:p w14:paraId="345FADC6" w14:textId="13C57D30" w:rsidR="001C3380" w:rsidRPr="00091D37" w:rsidRDefault="003063EC" w:rsidP="001C3380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3063EC">
                      <w:rPr>
                        <w:rFonts w:cs="Arial"/>
                        <w:b/>
                        <w:sz w:val="16"/>
                        <w:szCs w:val="16"/>
                      </w:rPr>
                      <w:t>FRRDAI</w:t>
                    </w:r>
                    <w:r w:rsidR="006516B6">
                      <w:rPr>
                        <w:rFonts w:cs="Arial"/>
                        <w:b/>
                        <w:sz w:val="16"/>
                        <w:szCs w:val="16"/>
                      </w:rPr>
                      <w:t>P</w:t>
                    </w:r>
                    <w:r w:rsidRPr="003063EC">
                      <w:rPr>
                        <w:rFonts w:cs="Arial"/>
                        <w:b/>
                        <w:sz w:val="16"/>
                        <w:szCs w:val="16"/>
                      </w:rPr>
                      <w:t>-3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65C7E" w:rsidRPr="006516B6">
      <w:rPr>
        <w:rFonts w:cs="Arial"/>
        <w:b/>
        <w:bCs/>
        <w:szCs w:val="20"/>
      </w:rPr>
      <w:t>Nombre del Sujeto Obligado:</w:t>
    </w:r>
    <w:r w:rsidR="00165C7E" w:rsidRPr="006516B6">
      <w:rPr>
        <w:szCs w:val="20"/>
      </w:rPr>
      <w:t xml:space="preserve"> ____________________________________________________________</w:t>
    </w:r>
  </w:p>
  <w:p w14:paraId="552BAF52" w14:textId="36B29FE0" w:rsidR="00091D37" w:rsidRPr="00091D37" w:rsidRDefault="00165C7E" w:rsidP="007006B1">
    <w:pPr>
      <w:spacing w:after="0" w:line="240" w:lineRule="auto"/>
      <w:ind w:right="-994"/>
      <w:rPr>
        <w:rFonts w:cs="Arial"/>
        <w:bCs/>
        <w:color w:val="996578"/>
        <w:szCs w:val="20"/>
      </w:rPr>
    </w:pPr>
    <w:r w:rsidRPr="006516B6">
      <w:rPr>
        <w:rFonts w:cs="Arial"/>
        <w:bCs/>
        <w:szCs w:val="20"/>
      </w:rPr>
      <w:t>Formato para la interposición del Recurso de Revisión</w:t>
    </w:r>
    <w:r w:rsidR="00091D37" w:rsidRPr="006516B6">
      <w:rPr>
        <w:rFonts w:cs="Arial"/>
        <w:bCs/>
        <w:szCs w:val="20"/>
      </w:rPr>
      <w:t xml:space="preserve"> en materia de Acceso a la Información Pública</w:t>
    </w:r>
  </w:p>
  <w:p w14:paraId="745DCA3B" w14:textId="5B392B88" w:rsidR="00165C7E" w:rsidRPr="00091D37" w:rsidRDefault="00165C7E" w:rsidP="007006B1">
    <w:pPr>
      <w:spacing w:after="0" w:line="240" w:lineRule="auto"/>
      <w:ind w:right="-994"/>
      <w:rPr>
        <w:sz w:val="16"/>
        <w:szCs w:val="16"/>
      </w:rPr>
    </w:pPr>
    <w:r w:rsidRPr="00091D37">
      <w:rPr>
        <w:sz w:val="16"/>
        <w:szCs w:val="16"/>
      </w:rPr>
      <w:t>(Fundamento: artículos 155, 156, 157 y 158 de la Ley de Transparencia y Acceso a la Información Pública del Estado de Quintana Roo)</w:t>
    </w:r>
  </w:p>
  <w:p w14:paraId="5365BCFF" w14:textId="77777777" w:rsidR="007006B1" w:rsidRPr="00091D37" w:rsidRDefault="007006B1" w:rsidP="007006B1">
    <w:pPr>
      <w:spacing w:after="0" w:line="240" w:lineRule="auto"/>
      <w:ind w:right="-994"/>
      <w:rPr>
        <w:rFonts w:cs="Arial"/>
        <w:bCs/>
        <w:color w:val="996578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84560F"/>
    <w:multiLevelType w:val="hybridMultilevel"/>
    <w:tmpl w:val="E3EEAB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F0CE5"/>
    <w:multiLevelType w:val="hybridMultilevel"/>
    <w:tmpl w:val="D90C43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469D6"/>
    <w:multiLevelType w:val="hybridMultilevel"/>
    <w:tmpl w:val="F124A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15E8B"/>
    <w:multiLevelType w:val="hybridMultilevel"/>
    <w:tmpl w:val="5CF8F6F0"/>
    <w:lvl w:ilvl="0" w:tplc="E62E08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D62F1"/>
    <w:multiLevelType w:val="hybridMultilevel"/>
    <w:tmpl w:val="22080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643F5F"/>
    <w:multiLevelType w:val="hybridMultilevel"/>
    <w:tmpl w:val="7608AF8C"/>
    <w:lvl w:ilvl="0" w:tplc="080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540761">
    <w:abstractNumId w:val="8"/>
  </w:num>
  <w:num w:numId="2" w16cid:durableId="1284455622">
    <w:abstractNumId w:val="6"/>
  </w:num>
  <w:num w:numId="3" w16cid:durableId="2018920628">
    <w:abstractNumId w:val="5"/>
  </w:num>
  <w:num w:numId="4" w16cid:durableId="1557007348">
    <w:abstractNumId w:val="4"/>
  </w:num>
  <w:num w:numId="5" w16cid:durableId="1342783109">
    <w:abstractNumId w:val="7"/>
  </w:num>
  <w:num w:numId="6" w16cid:durableId="1086615558">
    <w:abstractNumId w:val="3"/>
  </w:num>
  <w:num w:numId="7" w16cid:durableId="1391153519">
    <w:abstractNumId w:val="2"/>
  </w:num>
  <w:num w:numId="8" w16cid:durableId="131099613">
    <w:abstractNumId w:val="1"/>
  </w:num>
  <w:num w:numId="9" w16cid:durableId="307826041">
    <w:abstractNumId w:val="0"/>
  </w:num>
  <w:num w:numId="10" w16cid:durableId="529102065">
    <w:abstractNumId w:val="9"/>
  </w:num>
  <w:num w:numId="11" w16cid:durableId="553586227">
    <w:abstractNumId w:val="12"/>
  </w:num>
  <w:num w:numId="12" w16cid:durableId="717777431">
    <w:abstractNumId w:val="11"/>
  </w:num>
  <w:num w:numId="13" w16cid:durableId="1702197090">
    <w:abstractNumId w:val="14"/>
  </w:num>
  <w:num w:numId="14" w16cid:durableId="1558124749">
    <w:abstractNumId w:val="10"/>
  </w:num>
  <w:num w:numId="15" w16cid:durableId="7451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762"/>
    <w:rsid w:val="00091D37"/>
    <w:rsid w:val="0015074B"/>
    <w:rsid w:val="00165C7E"/>
    <w:rsid w:val="0018361C"/>
    <w:rsid w:val="00193E53"/>
    <w:rsid w:val="001B70C6"/>
    <w:rsid w:val="001C3380"/>
    <w:rsid w:val="0029639D"/>
    <w:rsid w:val="003063EC"/>
    <w:rsid w:val="00326F90"/>
    <w:rsid w:val="003543F0"/>
    <w:rsid w:val="00375555"/>
    <w:rsid w:val="004230C1"/>
    <w:rsid w:val="00452241"/>
    <w:rsid w:val="004859E1"/>
    <w:rsid w:val="004B36EE"/>
    <w:rsid w:val="005619A1"/>
    <w:rsid w:val="005C407A"/>
    <w:rsid w:val="005F14B1"/>
    <w:rsid w:val="006516B6"/>
    <w:rsid w:val="006702A4"/>
    <w:rsid w:val="007006B1"/>
    <w:rsid w:val="00787A82"/>
    <w:rsid w:val="007B7B71"/>
    <w:rsid w:val="007D56B0"/>
    <w:rsid w:val="007F35CB"/>
    <w:rsid w:val="00845FCF"/>
    <w:rsid w:val="00862F76"/>
    <w:rsid w:val="00875BCD"/>
    <w:rsid w:val="00880277"/>
    <w:rsid w:val="008C0B5E"/>
    <w:rsid w:val="009137AC"/>
    <w:rsid w:val="00937C6B"/>
    <w:rsid w:val="00951AD2"/>
    <w:rsid w:val="00987E4A"/>
    <w:rsid w:val="009D7342"/>
    <w:rsid w:val="00A07201"/>
    <w:rsid w:val="00A34A48"/>
    <w:rsid w:val="00AA1D8D"/>
    <w:rsid w:val="00B11091"/>
    <w:rsid w:val="00B47730"/>
    <w:rsid w:val="00B74072"/>
    <w:rsid w:val="00B938ED"/>
    <w:rsid w:val="00C50977"/>
    <w:rsid w:val="00CB0664"/>
    <w:rsid w:val="00D606D0"/>
    <w:rsid w:val="00E802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6D515"/>
  <w14:defaultImageDpi w14:val="300"/>
  <w15:docId w15:val="{9E219E01-0924-407A-8E9E-AB88110B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1310</Words>
  <Characters>7205</Characters>
  <Application>Microsoft Office Word</Application>
  <DocSecurity>0</DocSecurity>
  <Lines>60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Lic. Dafne Transp</cp:lastModifiedBy>
  <cp:revision>2</cp:revision>
  <dcterms:created xsi:type="dcterms:W3CDTF">2026-09-23T17:31:00Z</dcterms:created>
  <dcterms:modified xsi:type="dcterms:W3CDTF">2026-09-23T17:31:00Z</dcterms:modified>
  <cp:category/>
</cp:coreProperties>
</file>